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F817" w14:textId="77777777" w:rsidR="007640C1" w:rsidRDefault="00653370">
      <w:pPr>
        <w:keepNext/>
        <w:spacing w:after="20"/>
        <w:jc w:val="center"/>
      </w:pPr>
      <w:r>
        <w:rPr>
          <w:b/>
          <w:color w:val="173E69"/>
          <w:sz w:val="34"/>
        </w:rPr>
        <w:t>BUSINESS &amp; SUSTAINABILITY PLAN</w:t>
      </w:r>
    </w:p>
    <w:p w14:paraId="0789C916" w14:textId="06778EF2" w:rsidR="007640C1" w:rsidRDefault="00653370">
      <w:pPr>
        <w:keepNext/>
        <w:spacing w:after="40"/>
        <w:jc w:val="center"/>
      </w:pPr>
      <w:r>
        <w:rPr>
          <w:b/>
          <w:color w:val="1F2933"/>
          <w:sz w:val="18"/>
        </w:rPr>
        <w:t>Jerusalem Facility – Phase IV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01"/>
      </w:tblGrid>
      <w:tr w:rsidR="007640C1" w14:paraId="6AEF062D" w14:textId="77777777">
        <w:trPr>
          <w:jc w:val="center"/>
        </w:trPr>
        <w:tc>
          <w:tcPr>
            <w:tcW w:w="10411" w:type="dxa"/>
            <w:tcBorders>
              <w:top w:val="single" w:sz="4" w:space="0" w:color="C6B765"/>
              <w:left w:val="single" w:sz="4" w:space="0" w:color="C6B765"/>
              <w:bottom w:val="single" w:sz="4" w:space="0" w:color="C6B765"/>
              <w:right w:val="single" w:sz="4" w:space="0" w:color="C6B765"/>
            </w:tcBorders>
            <w:shd w:val="clear" w:color="auto" w:fill="EAF2F8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F4019F" w14:textId="77777777" w:rsidR="007640C1" w:rsidRDefault="00653370">
            <w:r>
              <w:rPr>
                <w:b/>
                <w:color w:val="173E69"/>
                <w:sz w:val="16"/>
              </w:rPr>
              <w:t xml:space="preserve">How to complete: </w:t>
            </w:r>
            <w:r>
              <w:rPr>
                <w:color w:val="1F2933"/>
                <w:sz w:val="16"/>
              </w:rPr>
              <w:t>Use short, practical answers. Complete only the fields relevant to your applicant type. MSMEs should use business figures; NGOs may use earned income, service reach, cost savings, and donor-dependency indicators. Attach evidence instead of repeating it in the form.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40"/>
        <w:gridCol w:w="1800"/>
        <w:gridCol w:w="3384"/>
      </w:tblGrid>
      <w:tr w:rsidR="007640C1" w14:paraId="791F2C2F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CCEF3F" w14:textId="77777777" w:rsidR="007640C1" w:rsidRDefault="00653370">
            <w:r>
              <w:rPr>
                <w:b/>
                <w:color w:val="1F2933"/>
                <w:sz w:val="16"/>
              </w:rPr>
              <w:t>Applicant legal name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032A50" w14:textId="77777777" w:rsidR="007640C1" w:rsidRDefault="007640C1"/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7B2497" w14:textId="77777777" w:rsidR="007640C1" w:rsidRDefault="00653370">
            <w:r>
              <w:rPr>
                <w:b/>
                <w:color w:val="1F2933"/>
                <w:sz w:val="16"/>
              </w:rPr>
              <w:t>Applicant type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37936B" w14:textId="1992DA70" w:rsidR="007640C1" w:rsidRDefault="00653370">
            <w:r>
              <w:rPr>
                <w:color w:val="1F2933"/>
                <w:sz w:val="16"/>
              </w:rPr>
              <w:t xml:space="preserve">[ ] Existing MSME   [ ] Start-up   [ ] NGO   [ ] Faith-based </w:t>
            </w:r>
            <w:r w:rsidR="00032E20">
              <w:rPr>
                <w:color w:val="1F2933"/>
                <w:sz w:val="16"/>
              </w:rPr>
              <w:t>organization</w:t>
            </w:r>
          </w:p>
        </w:tc>
      </w:tr>
      <w:tr w:rsidR="007640C1" w14:paraId="5BC5E15C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EF0FBE" w14:textId="77777777" w:rsidR="007640C1" w:rsidRDefault="00653370">
            <w:r>
              <w:rPr>
                <w:b/>
                <w:color w:val="1F2933"/>
                <w:sz w:val="16"/>
              </w:rPr>
              <w:t>Intervention title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3BD1D9" w14:textId="77777777" w:rsidR="007640C1" w:rsidRDefault="007640C1"/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E6C43" w14:textId="77777777" w:rsidR="007640C1" w:rsidRDefault="00653370">
            <w:r>
              <w:rPr>
                <w:b/>
                <w:color w:val="1F2933"/>
                <w:sz w:val="16"/>
              </w:rPr>
              <w:t>Prepared by / date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BC3EE7" w14:textId="77777777" w:rsidR="007640C1" w:rsidRDefault="007640C1"/>
        </w:tc>
      </w:tr>
      <w:tr w:rsidR="007640C1" w14:paraId="467C2BF0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635E2A" w14:textId="77777777" w:rsidR="007640C1" w:rsidRDefault="00653370">
            <w:r>
              <w:rPr>
                <w:b/>
                <w:color w:val="1F2933"/>
                <w:sz w:val="16"/>
              </w:rPr>
              <w:t>Total intervention cost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203FA1" w14:textId="77777777" w:rsidR="007640C1" w:rsidRDefault="00653370">
            <w:r>
              <w:rPr>
                <w:color w:val="1F2933"/>
                <w:sz w:val="16"/>
              </w:rPr>
              <w:t>EUR ____________________</w:t>
            </w: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36038B" w14:textId="77777777" w:rsidR="007640C1" w:rsidRDefault="00653370">
            <w:r>
              <w:rPr>
                <w:b/>
                <w:color w:val="1F2933"/>
                <w:sz w:val="16"/>
              </w:rPr>
              <w:t>Requested grant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32AF4F" w14:textId="77777777" w:rsidR="007640C1" w:rsidRDefault="00653370">
            <w:r>
              <w:rPr>
                <w:color w:val="1F2933"/>
                <w:sz w:val="16"/>
              </w:rPr>
              <w:t>EUR ____________________</w:t>
            </w:r>
          </w:p>
        </w:tc>
      </w:tr>
      <w:tr w:rsidR="007640C1" w14:paraId="3BF7803C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AE5F8B" w14:textId="77777777" w:rsidR="007640C1" w:rsidRDefault="00653370">
            <w:r>
              <w:rPr>
                <w:b/>
                <w:color w:val="1F2933"/>
                <w:sz w:val="16"/>
              </w:rPr>
              <w:t>Applicant contribution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942AAA" w14:textId="77777777" w:rsidR="007640C1" w:rsidRDefault="00653370">
            <w:r>
              <w:rPr>
                <w:color w:val="1F2933"/>
                <w:sz w:val="16"/>
              </w:rPr>
              <w:t>EUR ____________________</w:t>
            </w: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35AD6C" w14:textId="77777777" w:rsidR="007640C1" w:rsidRDefault="00653370">
            <w:r>
              <w:rPr>
                <w:b/>
                <w:color w:val="1F2933"/>
                <w:sz w:val="16"/>
              </w:rPr>
              <w:t>Implementation period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4AF721" w14:textId="687FC0DC" w:rsidR="007640C1" w:rsidRDefault="00542AD7">
            <w:r>
              <w:rPr>
                <w:color w:val="1F2933"/>
                <w:sz w:val="16"/>
              </w:rPr>
              <w:t>Number of Months:</w:t>
            </w:r>
          </w:p>
        </w:tc>
      </w:tr>
    </w:tbl>
    <w:p w14:paraId="20FF5012" w14:textId="77777777" w:rsidR="007640C1" w:rsidRDefault="00653370">
      <w:pPr>
        <w:keepNext/>
        <w:spacing w:before="80" w:after="40"/>
      </w:pPr>
      <w:r>
        <w:rPr>
          <w:b/>
          <w:color w:val="173E69"/>
          <w:sz w:val="26"/>
        </w:rPr>
        <w:t>1. Executive Summary</w:t>
      </w:r>
      <w:r>
        <w:rPr>
          <w:i/>
          <w:color w:val="6B7280"/>
          <w:sz w:val="15"/>
        </w:rPr>
        <w:t xml:space="preserve">  |  Selection focus: overall relevance, feasibility and impact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11"/>
      </w:tblGrid>
      <w:tr w:rsidR="007640C1" w14:paraId="09DEA54F" w14:textId="77777777">
        <w:trPr>
          <w:cantSplit/>
          <w:trHeight w:val="145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DAF86F2" w14:textId="77777777" w:rsidR="007640C1" w:rsidRDefault="00653370">
            <w:r>
              <w:rPr>
                <w:b/>
                <w:color w:val="2B5D8A"/>
              </w:rPr>
              <w:t>Summarise the applicant and the proposal in no more than one page.</w:t>
            </w:r>
          </w:p>
          <w:p w14:paraId="51D8EBE6" w14:textId="600C923F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Include: what the applicant does, the main problem or opportunity, proposed investment, total cost, requested grant, applicant contribution, expected financial or service results, jobs</w:t>
            </w:r>
            <w:r w:rsidR="00AA35AA">
              <w:rPr>
                <w:i/>
                <w:color w:val="666666"/>
                <w:sz w:val="15"/>
              </w:rPr>
              <w:t xml:space="preserve"> created after grant</w:t>
            </w:r>
            <w:r>
              <w:rPr>
                <w:i/>
                <w:color w:val="666666"/>
                <w:sz w:val="15"/>
              </w:rPr>
              <w:t>, and how the results will continue after the grant.</w:t>
            </w:r>
          </w:p>
        </w:tc>
      </w:tr>
    </w:tbl>
    <w:p w14:paraId="3D787781" w14:textId="77777777" w:rsidR="007640C1" w:rsidRDefault="00653370">
      <w:pPr>
        <w:spacing w:before="80" w:after="40"/>
      </w:pPr>
      <w:r>
        <w:rPr>
          <w:b/>
          <w:color w:val="173E69"/>
          <w:sz w:val="26"/>
        </w:rPr>
        <w:t>2. Applicant Profile and Current Operations</w:t>
      </w:r>
      <w:r>
        <w:rPr>
          <w:i/>
          <w:color w:val="6B7280"/>
          <w:sz w:val="15"/>
        </w:rPr>
        <w:t xml:space="preserve">  |  Selection focus: track record and operational capacity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1"/>
        <w:gridCol w:w="2088"/>
        <w:gridCol w:w="3140"/>
      </w:tblGrid>
      <w:tr w:rsidR="007640C1" w14:paraId="2A3E718C" w14:textId="77777777">
        <w:trPr>
          <w:cantSplit/>
          <w:trHeight w:val="600"/>
          <w:jc w:val="center"/>
        </w:trPr>
        <w:tc>
          <w:tcPr>
            <w:tcW w:w="10411" w:type="dxa"/>
            <w:gridSpan w:val="4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18D655B" w14:textId="77777777" w:rsidR="007640C1" w:rsidRDefault="00653370">
            <w:r>
              <w:rPr>
                <w:b/>
                <w:color w:val="2B5D8A"/>
              </w:rPr>
              <w:t>2.1 Brief history and nature of work.</w:t>
            </w:r>
          </w:p>
          <w:p w14:paraId="38763790" w14:textId="49B86C65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State when and why the business/</w:t>
            </w:r>
            <w:r w:rsidR="005832AB">
              <w:rPr>
                <w:i/>
                <w:color w:val="666666"/>
                <w:sz w:val="15"/>
              </w:rPr>
              <w:t>organization</w:t>
            </w:r>
            <w:r>
              <w:rPr>
                <w:i/>
                <w:color w:val="666666"/>
                <w:sz w:val="15"/>
              </w:rPr>
              <w:t xml:space="preserve"> started, its main purpose, key achievements, and current activities.</w:t>
            </w:r>
          </w:p>
        </w:tc>
      </w:tr>
      <w:tr w:rsidR="007640C1" w14:paraId="5A9B37A1" w14:textId="77777777">
        <w:trPr>
          <w:cantSplit/>
          <w:tblHeader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6C05B" w14:textId="77777777" w:rsidR="007640C1" w:rsidRDefault="00653370">
            <w:r>
              <w:rPr>
                <w:b/>
                <w:color w:val="FFFFFF"/>
                <w:sz w:val="14"/>
              </w:rPr>
              <w:t>Product / service / programme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5E3B41" w14:textId="77777777" w:rsidR="007640C1" w:rsidRDefault="00653370">
            <w:r>
              <w:rPr>
                <w:b/>
                <w:color w:val="FFFFFF"/>
                <w:sz w:val="14"/>
              </w:rPr>
              <w:t>Main market, customers or beneficiaries</w:t>
            </w: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13D812" w14:textId="766E10E5" w:rsidR="007640C1" w:rsidRDefault="00653370">
            <w:r>
              <w:rPr>
                <w:b/>
                <w:color w:val="FFFFFF"/>
                <w:sz w:val="14"/>
              </w:rPr>
              <w:t xml:space="preserve">Current annual </w:t>
            </w:r>
            <w:r w:rsidR="00C506CB">
              <w:rPr>
                <w:b/>
                <w:color w:val="FFFFFF"/>
                <w:sz w:val="14"/>
              </w:rPr>
              <w:t xml:space="preserve">sales </w:t>
            </w:r>
            <w:r>
              <w:rPr>
                <w:b/>
                <w:color w:val="FFFFFF"/>
                <w:sz w:val="14"/>
              </w:rPr>
              <w:t>/ reach</w:t>
            </w:r>
          </w:p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5511DF" w14:textId="77777777" w:rsidR="007640C1" w:rsidRDefault="00653370">
            <w:r>
              <w:rPr>
                <w:b/>
                <w:color w:val="FFFFFF"/>
                <w:sz w:val="14"/>
              </w:rPr>
              <w:t>Why it succeeds / competitive advantage</w:t>
            </w:r>
          </w:p>
        </w:tc>
      </w:tr>
      <w:tr w:rsidR="007640C1" w14:paraId="5DE78873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B20E5C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DD8C61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5F3E7B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ECB4F9" w14:textId="77777777" w:rsidR="007640C1" w:rsidRDefault="007640C1"/>
        </w:tc>
      </w:tr>
      <w:tr w:rsidR="007640C1" w14:paraId="4DBA1EA9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6A955F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F11F14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41F344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1E6FF6" w14:textId="77777777" w:rsidR="007640C1" w:rsidRDefault="007640C1"/>
        </w:tc>
      </w:tr>
      <w:tr w:rsidR="007640C1" w14:paraId="68B9612E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37219E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119DA3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D95E25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FD6285" w14:textId="77777777" w:rsidR="007640C1" w:rsidRDefault="007640C1"/>
        </w:tc>
      </w:tr>
      <w:tr w:rsidR="007640C1" w14:paraId="270FCE41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D20BE3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EC5B3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353BF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00998E" w14:textId="77777777" w:rsidR="007640C1" w:rsidRDefault="007640C1"/>
        </w:tc>
      </w:tr>
    </w:tbl>
    <w:p w14:paraId="24685C39" w14:textId="77777777" w:rsidR="007640C1" w:rsidRDefault="00653370">
      <w:r>
        <w:br w:type="page"/>
      </w:r>
    </w:p>
    <w:p w14:paraId="52A6AA8E" w14:textId="77777777" w:rsidR="007640C1" w:rsidRDefault="00653370">
      <w:pPr>
        <w:spacing w:before="80" w:after="40"/>
      </w:pPr>
      <w:r>
        <w:rPr>
          <w:b/>
          <w:color w:val="173E69"/>
          <w:sz w:val="26"/>
        </w:rPr>
        <w:lastRenderedPageBreak/>
        <w:t>2.2. Premises, Operations and Management</w:t>
      </w:r>
      <w:r>
        <w:rPr>
          <w:i/>
          <w:color w:val="6B7280"/>
          <w:sz w:val="15"/>
        </w:rPr>
        <w:t xml:space="preserve">  |  Selection focus: capacity, readiness and management quality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7444"/>
      </w:tblGrid>
      <w:tr w:rsidR="007640C1" w14:paraId="319DD788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E9FE19" w14:textId="77777777" w:rsidR="007640C1" w:rsidRDefault="00653370">
            <w:r>
              <w:rPr>
                <w:b/>
                <w:color w:val="1F2933"/>
                <w:sz w:val="16"/>
              </w:rPr>
              <w:t>Operating location and premises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C5F03B" w14:textId="77777777" w:rsidR="007640C1" w:rsidRDefault="00653370">
            <w:r>
              <w:rPr>
                <w:i/>
                <w:color w:val="666666"/>
                <w:sz w:val="15"/>
              </w:rPr>
              <w:t>Address, ownership/lease status, approximate size and how the space is used.</w:t>
            </w:r>
          </w:p>
        </w:tc>
      </w:tr>
      <w:tr w:rsidR="007640C1" w14:paraId="6E32979B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625CEB" w14:textId="77777777" w:rsidR="007640C1" w:rsidRDefault="00653370">
            <w:r>
              <w:rPr>
                <w:b/>
                <w:color w:val="1F2933"/>
                <w:sz w:val="16"/>
              </w:rPr>
              <w:t>Main equipment and systems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93550C" w14:textId="77777777" w:rsidR="007640C1" w:rsidRDefault="00653370">
            <w:r>
              <w:rPr>
                <w:i/>
                <w:color w:val="666666"/>
                <w:sz w:val="15"/>
              </w:rPr>
              <w:t>List key equipment, production lines, digital or management systems currently used.</w:t>
            </w:r>
          </w:p>
        </w:tc>
      </w:tr>
      <w:tr w:rsidR="007640C1" w14:paraId="1C1E33E0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EF04E1" w14:textId="77777777" w:rsidR="007640C1" w:rsidRDefault="00653370">
            <w:r>
              <w:rPr>
                <w:b/>
                <w:color w:val="1F2933"/>
                <w:sz w:val="16"/>
              </w:rPr>
              <w:t>Current production/service capacity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9AF10C" w14:textId="2B7F5474" w:rsidR="007640C1" w:rsidRDefault="00653370">
            <w:r>
              <w:rPr>
                <w:i/>
                <w:color w:val="666666"/>
                <w:sz w:val="15"/>
              </w:rPr>
              <w:t xml:space="preserve">State current output, operating hours, </w:t>
            </w:r>
            <w:r w:rsidR="00C056CB">
              <w:rPr>
                <w:i/>
                <w:color w:val="666666"/>
                <w:sz w:val="15"/>
              </w:rPr>
              <w:t>utilization</w:t>
            </w:r>
            <w:r>
              <w:rPr>
                <w:i/>
                <w:color w:val="666666"/>
                <w:sz w:val="15"/>
              </w:rPr>
              <w:t>, waiting list or beneficiary reach.</w:t>
            </w:r>
          </w:p>
        </w:tc>
      </w:tr>
      <w:tr w:rsidR="007640C1" w14:paraId="2F7BE56C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B8DC09" w14:textId="77777777" w:rsidR="007640C1" w:rsidRDefault="00653370">
            <w:r>
              <w:rPr>
                <w:b/>
                <w:color w:val="1F2933"/>
                <w:sz w:val="16"/>
              </w:rPr>
              <w:t>Current energy use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DE1FEF" w14:textId="77777777" w:rsidR="007640C1" w:rsidRDefault="00653370">
            <w:r>
              <w:rPr>
                <w:i/>
                <w:color w:val="666666"/>
                <w:sz w:val="15"/>
              </w:rPr>
              <w:t>Main source, average monthly consumption or cost, and any major energy-efficiency issue.</w:t>
            </w:r>
          </w:p>
        </w:tc>
      </w:tr>
      <w:tr w:rsidR="007640C1" w14:paraId="0599399F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D32A8" w14:textId="00C95D66" w:rsidR="007640C1" w:rsidRDefault="00653370">
            <w:r>
              <w:rPr>
                <w:b/>
                <w:color w:val="1F2933"/>
                <w:sz w:val="16"/>
              </w:rPr>
              <w:t xml:space="preserve">Required </w:t>
            </w:r>
            <w:r w:rsidR="00BA6645">
              <w:rPr>
                <w:b/>
                <w:color w:val="1F2933"/>
                <w:sz w:val="16"/>
              </w:rPr>
              <w:t>licenses</w:t>
            </w:r>
            <w:r>
              <w:rPr>
                <w:b/>
                <w:color w:val="1F2933"/>
                <w:sz w:val="16"/>
              </w:rPr>
              <w:t xml:space="preserve"> / permits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2D2960" w14:textId="0FD97627" w:rsidR="007640C1" w:rsidRDefault="00653370">
            <w:r>
              <w:rPr>
                <w:i/>
                <w:color w:val="666666"/>
                <w:sz w:val="15"/>
              </w:rPr>
              <w:t xml:space="preserve">List current </w:t>
            </w:r>
            <w:r w:rsidR="00BA6645">
              <w:rPr>
                <w:i/>
                <w:color w:val="666666"/>
                <w:sz w:val="15"/>
              </w:rPr>
              <w:t>licenses</w:t>
            </w:r>
            <w:r>
              <w:rPr>
                <w:i/>
                <w:color w:val="666666"/>
                <w:sz w:val="15"/>
              </w:rPr>
              <w:t xml:space="preserve"> and any renewal, landlord approval or permit needed.</w:t>
            </w:r>
          </w:p>
        </w:tc>
      </w:tr>
      <w:tr w:rsidR="007640C1" w14:paraId="0E6ECCDC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4431E5" w14:textId="77777777" w:rsidR="007640C1" w:rsidRDefault="00653370">
            <w:r>
              <w:rPr>
                <w:b/>
                <w:color w:val="1F2933"/>
                <w:sz w:val="16"/>
              </w:rPr>
              <w:t>Current environmental practices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3B13AD" w14:textId="77777777" w:rsidR="007640C1" w:rsidRDefault="00653370">
            <w:r>
              <w:rPr>
                <w:i/>
                <w:color w:val="666666"/>
                <w:sz w:val="15"/>
              </w:rPr>
              <w:t>Briefly describe waste, recycling, water, energy or material-saving practices, if any.</w:t>
            </w:r>
          </w:p>
        </w:tc>
      </w:tr>
    </w:tbl>
    <w:p w14:paraId="4BB5D4E2" w14:textId="77777777" w:rsidR="007640C1" w:rsidRDefault="00653370">
      <w:pPr>
        <w:spacing w:before="40" w:after="20"/>
      </w:pPr>
      <w:r>
        <w:rPr>
          <w:b/>
          <w:color w:val="173E69"/>
          <w:sz w:val="18"/>
        </w:rPr>
        <w:t>Management and key staff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664"/>
        <w:gridCol w:w="2520"/>
        <w:gridCol w:w="3124"/>
      </w:tblGrid>
      <w:tr w:rsidR="007640C1" w14:paraId="484F8198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B4CE73" w14:textId="77777777" w:rsidR="007640C1" w:rsidRDefault="00653370">
            <w:r>
              <w:rPr>
                <w:b/>
                <w:color w:val="FFFFFF"/>
                <w:sz w:val="14"/>
              </w:rPr>
              <w:t>Name / role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0DE47" w14:textId="77777777" w:rsidR="007640C1" w:rsidRDefault="00653370">
            <w:r>
              <w:rPr>
                <w:b/>
                <w:color w:val="FFFFFF"/>
                <w:sz w:val="14"/>
              </w:rPr>
              <w:t>Relevant experience</w:t>
            </w:r>
          </w:p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C3517" w14:textId="77777777" w:rsidR="007640C1" w:rsidRDefault="00653370">
            <w:r>
              <w:rPr>
                <w:b/>
                <w:color w:val="FFFFFF"/>
                <w:sz w:val="14"/>
              </w:rPr>
              <w:t>Qualifications / certificates</w:t>
            </w:r>
          </w:p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CD9163" w14:textId="77777777" w:rsidR="007640C1" w:rsidRDefault="00653370">
            <w:r>
              <w:rPr>
                <w:b/>
                <w:color w:val="FFFFFF"/>
                <w:sz w:val="14"/>
              </w:rPr>
              <w:t>Main skills and responsibility in this proposal</w:t>
            </w:r>
          </w:p>
        </w:tc>
      </w:tr>
      <w:tr w:rsidR="007640C1" w14:paraId="62670963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2B7D29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6D58AB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EFA2F7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4BA789" w14:textId="77777777" w:rsidR="007640C1" w:rsidRDefault="007640C1"/>
        </w:tc>
      </w:tr>
      <w:tr w:rsidR="007640C1" w14:paraId="28DFF474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DFF3E8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9CD610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CCE1ED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043131" w14:textId="77777777" w:rsidR="007640C1" w:rsidRDefault="007640C1"/>
        </w:tc>
      </w:tr>
      <w:tr w:rsidR="007640C1" w14:paraId="74DF97A1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B1BCD7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A64E82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1EB939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B4C468" w14:textId="77777777" w:rsidR="007640C1" w:rsidRDefault="007640C1"/>
        </w:tc>
      </w:tr>
      <w:tr w:rsidR="007640C1" w14:paraId="2855C252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C8F120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D7395B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C04502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241565" w14:textId="77777777" w:rsidR="007640C1" w:rsidRDefault="007640C1"/>
        </w:tc>
      </w:tr>
    </w:tbl>
    <w:p w14:paraId="7D0C9C93" w14:textId="77777777" w:rsidR="007640C1" w:rsidRDefault="00653370">
      <w:pPr>
        <w:spacing w:before="80" w:after="40"/>
      </w:pPr>
      <w:r>
        <w:rPr>
          <w:b/>
          <w:color w:val="173E69"/>
          <w:sz w:val="26"/>
        </w:rPr>
        <w:t>3. Sector, Market and Feasibility</w:t>
      </w:r>
      <w:r>
        <w:rPr>
          <w:i/>
          <w:color w:val="6B7280"/>
          <w:sz w:val="15"/>
        </w:rPr>
        <w:t xml:space="preserve">  |  Selection focus: demand, competitiveness and sector risk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931"/>
      </w:tblGrid>
      <w:tr w:rsidR="007640C1" w14:paraId="6C18B4E7" w14:textId="77777777">
        <w:trPr>
          <w:cantSplit/>
          <w:trHeight w:val="50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7DFBCF8" w14:textId="77777777" w:rsidR="007640C1" w:rsidRDefault="00653370">
            <w:r>
              <w:rPr>
                <w:b/>
                <w:color w:val="2B5D8A"/>
              </w:rPr>
              <w:t>3.1 Brief sector overview.</w:t>
            </w:r>
          </w:p>
          <w:p w14:paraId="0D6162D1" w14:textId="5707CA4E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Describe the sector, current conditions, and the main changes</w:t>
            </w:r>
            <w:r w:rsidR="00EE01EB">
              <w:rPr>
                <w:i/>
                <w:color w:val="666666"/>
                <w:sz w:val="15"/>
              </w:rPr>
              <w:t xml:space="preserve"> or</w:t>
            </w:r>
            <w:r w:rsidR="00987E0E">
              <w:rPr>
                <w:i/>
                <w:color w:val="666666"/>
                <w:sz w:val="15"/>
              </w:rPr>
              <w:t xml:space="preserve"> challenges</w:t>
            </w:r>
            <w:r>
              <w:rPr>
                <w:i/>
                <w:color w:val="666666"/>
                <w:sz w:val="15"/>
              </w:rPr>
              <w:t xml:space="preserve"> or trends affecting businesses/</w:t>
            </w:r>
            <w:r w:rsidR="00E7631D">
              <w:rPr>
                <w:i/>
                <w:color w:val="666666"/>
                <w:sz w:val="15"/>
              </w:rPr>
              <w:t>organizations</w:t>
            </w:r>
            <w:r>
              <w:rPr>
                <w:i/>
                <w:color w:val="666666"/>
                <w:sz w:val="15"/>
              </w:rPr>
              <w:t xml:space="preserve"> in Jerusalem.</w:t>
            </w:r>
          </w:p>
        </w:tc>
      </w:tr>
      <w:tr w:rsidR="007640C1" w14:paraId="17A69AAE" w14:textId="77777777">
        <w:trPr>
          <w:cantSplit/>
          <w:trHeight w:val="65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AE0FEFA" w14:textId="77777777" w:rsidR="007640C1" w:rsidRDefault="00653370">
            <w:r>
              <w:rPr>
                <w:b/>
                <w:color w:val="2B5D8A"/>
              </w:rPr>
              <w:t>3.2 Demand and profitability / service-need factors.</w:t>
            </w:r>
          </w:p>
          <w:p w14:paraId="74A27670" w14:textId="20613AB1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Explain what drives customer demand, income, costs or service demand. Give simple evidence such as orders, customer records, market prices, beneficiary data, waiting lists or previous experience.</w:t>
            </w:r>
            <w:r w:rsidR="00EE01EB">
              <w:rPr>
                <w:i/>
                <w:color w:val="666666"/>
                <w:sz w:val="15"/>
              </w:rPr>
              <w:t xml:space="preserve"> And the main challenges</w:t>
            </w:r>
            <w:r w:rsidR="007A29A6">
              <w:rPr>
                <w:i/>
                <w:color w:val="666666"/>
                <w:sz w:val="15"/>
              </w:rPr>
              <w:t xml:space="preserve">/ factors/ risks </w:t>
            </w:r>
            <w:r w:rsidR="00C213E5">
              <w:rPr>
                <w:i/>
                <w:color w:val="666666"/>
                <w:sz w:val="15"/>
              </w:rPr>
              <w:t>affecting</w:t>
            </w:r>
            <w:r w:rsidR="007A29A6">
              <w:rPr>
                <w:i/>
                <w:color w:val="666666"/>
                <w:sz w:val="15"/>
              </w:rPr>
              <w:t xml:space="preserve"> the demand/ profitability</w:t>
            </w:r>
            <w:r w:rsidR="003A3A28">
              <w:rPr>
                <w:i/>
                <w:color w:val="666666"/>
                <w:sz w:val="15"/>
              </w:rPr>
              <w:t xml:space="preserve"> and the operatio</w:t>
            </w:r>
            <w:r w:rsidR="007954B5">
              <w:rPr>
                <w:i/>
                <w:color w:val="666666"/>
                <w:sz w:val="15"/>
              </w:rPr>
              <w:t>ns</w:t>
            </w:r>
            <w:r w:rsidR="007A29A6">
              <w:rPr>
                <w:i/>
                <w:color w:val="666666"/>
                <w:sz w:val="15"/>
              </w:rPr>
              <w:t xml:space="preserve"> of businesses in this area/ field. </w:t>
            </w:r>
            <w:r w:rsidR="00C213E5">
              <w:rPr>
                <w:i/>
                <w:color w:val="666666"/>
                <w:sz w:val="15"/>
              </w:rPr>
              <w:t>How the business plan to overcome</w:t>
            </w:r>
            <w:r w:rsidR="007F61D0">
              <w:rPr>
                <w:i/>
                <w:color w:val="666666"/>
                <w:sz w:val="15"/>
              </w:rPr>
              <w:t>/ manage</w:t>
            </w:r>
            <w:r w:rsidR="00C213E5">
              <w:rPr>
                <w:i/>
                <w:color w:val="666666"/>
                <w:sz w:val="15"/>
              </w:rPr>
              <w:t xml:space="preserve"> them. </w:t>
            </w:r>
          </w:p>
        </w:tc>
      </w:tr>
      <w:tr w:rsidR="007640C1" w14:paraId="23258D27" w14:textId="77777777">
        <w:trPr>
          <w:cantSplit/>
          <w:trHeight w:val="60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D88BF94" w14:textId="7EB426ED" w:rsidR="007640C1" w:rsidRDefault="00653370">
            <w:r>
              <w:rPr>
                <w:b/>
                <w:color w:val="2B5D8A"/>
              </w:rPr>
              <w:t>3.3 Competitors, alternatives and advantage</w:t>
            </w:r>
            <w:r w:rsidR="004A6DB1">
              <w:rPr>
                <w:b/>
                <w:color w:val="2B5D8A"/>
              </w:rPr>
              <w:t>s</w:t>
            </w:r>
            <w:r>
              <w:rPr>
                <w:b/>
                <w:color w:val="2B5D8A"/>
              </w:rPr>
              <w:t>.</w:t>
            </w:r>
          </w:p>
          <w:p w14:paraId="322A7DB6" w14:textId="4412FB61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MSMEs: name</w:t>
            </w:r>
            <w:r w:rsidR="00A352E5">
              <w:rPr>
                <w:i/>
                <w:color w:val="666666"/>
                <w:sz w:val="15"/>
              </w:rPr>
              <w:t xml:space="preserve"> of</w:t>
            </w:r>
            <w:r>
              <w:rPr>
                <w:i/>
                <w:color w:val="666666"/>
                <w:sz w:val="15"/>
              </w:rPr>
              <w:t xml:space="preserve"> main competitors and explain why customers choose you. NGOs: describe alternative service providers, service gaps, and how the proposal fits the </w:t>
            </w:r>
            <w:r w:rsidR="00C213E5">
              <w:rPr>
                <w:i/>
                <w:color w:val="666666"/>
                <w:sz w:val="15"/>
              </w:rPr>
              <w:t>organization’s</w:t>
            </w:r>
            <w:r>
              <w:rPr>
                <w:i/>
                <w:color w:val="666666"/>
                <w:sz w:val="15"/>
              </w:rPr>
              <w:t xml:space="preserve"> mission.</w:t>
            </w:r>
          </w:p>
        </w:tc>
      </w:tr>
      <w:tr w:rsidR="007640C1" w14:paraId="7065AE40" w14:textId="77777777">
        <w:trPr>
          <w:cantSplit/>
          <w:tblHeader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A4E96E" w14:textId="77777777" w:rsidR="007640C1" w:rsidRDefault="00653370">
            <w:r>
              <w:rPr>
                <w:b/>
                <w:color w:val="FFFFFF"/>
                <w:sz w:val="15"/>
              </w:rPr>
              <w:t>Main sector or market risk</w:t>
            </w:r>
          </w:p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9C201D" w14:textId="77777777" w:rsidR="007640C1" w:rsidRDefault="00653370">
            <w:r>
              <w:rPr>
                <w:b/>
                <w:color w:val="FFFFFF"/>
                <w:sz w:val="15"/>
              </w:rPr>
              <w:t>How it may affect the applicant</w:t>
            </w:r>
          </w:p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88DBD0" w14:textId="77777777" w:rsidR="007640C1" w:rsidRDefault="00653370">
            <w:r>
              <w:rPr>
                <w:b/>
                <w:color w:val="FFFFFF"/>
                <w:sz w:val="15"/>
              </w:rPr>
              <w:t>How the risk will be managed</w:t>
            </w:r>
          </w:p>
        </w:tc>
      </w:tr>
      <w:tr w:rsidR="007640C1" w14:paraId="07609023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DAB87A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E3D119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D98F6F" w14:textId="77777777" w:rsidR="007640C1" w:rsidRDefault="007640C1"/>
        </w:tc>
      </w:tr>
      <w:tr w:rsidR="007640C1" w14:paraId="44C7708C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86371B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CB69E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F67A88" w14:textId="77777777" w:rsidR="007640C1" w:rsidRDefault="007640C1"/>
        </w:tc>
      </w:tr>
      <w:tr w:rsidR="007640C1" w14:paraId="1441BE3E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358D18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72A138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9FB079" w14:textId="77777777" w:rsidR="007640C1" w:rsidRDefault="007640C1"/>
        </w:tc>
      </w:tr>
    </w:tbl>
    <w:p w14:paraId="392C1169" w14:textId="77777777" w:rsidR="007640C1" w:rsidRDefault="00653370">
      <w:r>
        <w:br w:type="page"/>
      </w:r>
    </w:p>
    <w:p w14:paraId="563B84D7" w14:textId="77777777" w:rsidR="00E54D31" w:rsidRDefault="00E54D31">
      <w:pPr>
        <w:spacing w:before="80" w:after="40"/>
        <w:rPr>
          <w:b/>
          <w:color w:val="173E69"/>
          <w:sz w:val="26"/>
        </w:rPr>
        <w:sectPr w:rsidR="00E54D31" w:rsidSect="00034616">
          <w:headerReference w:type="default" r:id="rId7"/>
          <w:footerReference w:type="default" r:id="rId8"/>
          <w:pgSz w:w="11909" w:h="16834"/>
          <w:pgMar w:top="864" w:right="749" w:bottom="677" w:left="749" w:header="173" w:footer="259" w:gutter="0"/>
          <w:cols w:space="720"/>
          <w:docGrid w:linePitch="360"/>
        </w:sectPr>
      </w:pPr>
    </w:p>
    <w:p w14:paraId="6AA4CE85" w14:textId="77777777" w:rsidR="007640C1" w:rsidRDefault="00653370">
      <w:pPr>
        <w:spacing w:before="80" w:after="40"/>
      </w:pPr>
      <w:r>
        <w:rPr>
          <w:b/>
          <w:color w:val="173E69"/>
          <w:sz w:val="26"/>
        </w:rPr>
        <w:t>4. Proposed Expansion / Intervention and Use of Funds</w:t>
      </w:r>
      <w:r>
        <w:rPr>
          <w:i/>
          <w:color w:val="6B7280"/>
          <w:sz w:val="15"/>
        </w:rPr>
        <w:t xml:space="preserve">  |  Selection focus: need, eligibility and value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253"/>
        <w:gridCol w:w="2304"/>
        <w:gridCol w:w="1763"/>
        <w:gridCol w:w="1763"/>
        <w:gridCol w:w="1763"/>
        <w:gridCol w:w="1763"/>
        <w:gridCol w:w="3456"/>
      </w:tblGrid>
      <w:tr w:rsidR="007640C1" w14:paraId="255629C0" w14:textId="77777777" w:rsidTr="00E54D31">
        <w:trPr>
          <w:cantSplit/>
          <w:trHeight w:val="950"/>
          <w:jc w:val="center"/>
        </w:trPr>
        <w:tc>
          <w:tcPr>
            <w:tcW w:w="5000" w:type="pct"/>
            <w:gridSpan w:val="7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F93BB4D" w14:textId="77777777" w:rsidR="007640C1" w:rsidRDefault="00653370">
            <w:r>
              <w:rPr>
                <w:b/>
                <w:color w:val="2B5D8A"/>
              </w:rPr>
              <w:t>4.1 Current problem or opportunity and proposed solution.</w:t>
            </w:r>
          </w:p>
          <w:p w14:paraId="718563E5" w14:textId="727D651C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Explain what needs to change, why the intervention is needed now, and how the proposed investment will solve the problem or capture the opportunity.</w:t>
            </w:r>
            <w:r w:rsidR="0042365F">
              <w:rPr>
                <w:i/>
                <w:color w:val="666666"/>
                <w:sz w:val="15"/>
              </w:rPr>
              <w:t xml:space="preserve"> </w:t>
            </w:r>
            <w:r w:rsidR="00F02488">
              <w:rPr>
                <w:i/>
                <w:color w:val="666666"/>
                <w:sz w:val="15"/>
              </w:rPr>
              <w:t>(financial</w:t>
            </w:r>
            <w:r w:rsidR="00313F75">
              <w:rPr>
                <w:i/>
                <w:color w:val="666666"/>
                <w:sz w:val="15"/>
              </w:rPr>
              <w:t xml:space="preserve">, </w:t>
            </w:r>
            <w:r w:rsidR="00F02488">
              <w:rPr>
                <w:i/>
                <w:color w:val="666666"/>
                <w:sz w:val="15"/>
              </w:rPr>
              <w:t>developmental, aligning with</w:t>
            </w:r>
            <w:r w:rsidR="00D760D4">
              <w:rPr>
                <w:i/>
                <w:color w:val="666666"/>
                <w:sz w:val="15"/>
              </w:rPr>
              <w:t xml:space="preserve"> the governing authority</w:t>
            </w:r>
            <w:r w:rsidR="00DB0840">
              <w:rPr>
                <w:i/>
                <w:color w:val="666666"/>
                <w:sz w:val="15"/>
              </w:rPr>
              <w:t xml:space="preserve"> regulations</w:t>
            </w:r>
            <w:r w:rsidR="00F02488">
              <w:rPr>
                <w:i/>
                <w:color w:val="666666"/>
                <w:sz w:val="15"/>
              </w:rPr>
              <w:t>)</w:t>
            </w:r>
            <w:r w:rsidR="00815092">
              <w:rPr>
                <w:i/>
                <w:color w:val="666666"/>
                <w:sz w:val="15"/>
              </w:rPr>
              <w:t xml:space="preserve">. </w:t>
            </w:r>
            <w:r w:rsidR="005F0278">
              <w:rPr>
                <w:i/>
                <w:color w:val="666666"/>
                <w:sz w:val="15"/>
              </w:rPr>
              <w:t>Is the impact captured in a long or a short term</w:t>
            </w:r>
            <w:r w:rsidR="00B11C58">
              <w:rPr>
                <w:i/>
                <w:color w:val="666666"/>
                <w:sz w:val="15"/>
              </w:rPr>
              <w:t xml:space="preserve">. </w:t>
            </w:r>
          </w:p>
        </w:tc>
      </w:tr>
      <w:tr w:rsidR="007640C1" w14:paraId="4BE04ABD" w14:textId="77777777" w:rsidTr="00A352E5">
        <w:trPr>
          <w:cantSplit/>
          <w:tblHeader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8C7168" w14:textId="77777777" w:rsidR="007640C1" w:rsidRDefault="00653370">
            <w:r>
              <w:rPr>
                <w:b/>
                <w:color w:val="FFFFFF"/>
                <w:sz w:val="14"/>
              </w:rPr>
              <w:t>Item / activity</w:t>
            </w:r>
          </w:p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E787A3" w14:textId="77777777" w:rsidR="007640C1" w:rsidRDefault="00653370">
            <w:r>
              <w:rPr>
                <w:b/>
                <w:color w:val="FFFFFF"/>
                <w:sz w:val="14"/>
              </w:rPr>
              <w:t>Eligible grant-use category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4B3E92" w14:textId="77777777" w:rsidR="007640C1" w:rsidRDefault="00653370">
            <w:r>
              <w:rPr>
                <w:b/>
                <w:color w:val="FFFFFF"/>
                <w:sz w:val="14"/>
              </w:rPr>
              <w:t>Qty / scope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AC5661" w14:textId="77777777" w:rsidR="007640C1" w:rsidRDefault="00653370">
            <w:r>
              <w:rPr>
                <w:b/>
                <w:color w:val="FFFFFF"/>
                <w:sz w:val="14"/>
              </w:rPr>
              <w:t>Total EUR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7AC471" w14:textId="77777777" w:rsidR="007640C1" w:rsidRDefault="00653370">
            <w:r>
              <w:rPr>
                <w:b/>
                <w:color w:val="FFFFFF"/>
                <w:sz w:val="14"/>
              </w:rPr>
              <w:t>Grant EUR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CF10F8" w14:textId="77777777" w:rsidR="007640C1" w:rsidRDefault="00653370">
            <w:r>
              <w:rPr>
                <w:b/>
                <w:color w:val="FFFFFF"/>
                <w:sz w:val="14"/>
              </w:rPr>
              <w:t>Applicant EUR</w:t>
            </w:r>
          </w:p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CAE5D7" w14:textId="77777777" w:rsidR="007640C1" w:rsidRDefault="00653370">
            <w:r>
              <w:rPr>
                <w:b/>
                <w:color w:val="FFFFFF"/>
                <w:sz w:val="14"/>
              </w:rPr>
              <w:t>Expected result</w:t>
            </w:r>
          </w:p>
        </w:tc>
      </w:tr>
      <w:tr w:rsidR="007640C1" w14:paraId="277783DF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A00222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7ECB82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522F7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F4B29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741F14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D8FC09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49C0D6" w14:textId="77777777" w:rsidR="007640C1" w:rsidRDefault="007640C1"/>
        </w:tc>
      </w:tr>
      <w:tr w:rsidR="007640C1" w14:paraId="7A8CA447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0AC958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DB0BCF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60F20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3274C5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B6B58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5F07EF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C03A62" w14:textId="77777777" w:rsidR="007640C1" w:rsidRDefault="007640C1"/>
        </w:tc>
      </w:tr>
      <w:tr w:rsidR="007640C1" w14:paraId="0DDB8218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874077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C0D4B1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AC84B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6CFDF6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577BC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34E1C7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C670A0" w14:textId="77777777" w:rsidR="007640C1" w:rsidRDefault="007640C1"/>
        </w:tc>
      </w:tr>
      <w:tr w:rsidR="007640C1" w14:paraId="453DB9D2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1A8FA3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052D8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0F25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4E6420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63FC0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C7D781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A35696" w14:textId="77777777" w:rsidR="007640C1" w:rsidRDefault="007640C1"/>
        </w:tc>
      </w:tr>
      <w:tr w:rsidR="007640C1" w14:paraId="20338A1F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0E748B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99EEB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686E0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52B4B4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B236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BA5650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8E111D" w14:textId="77777777" w:rsidR="007640C1" w:rsidRDefault="007640C1"/>
        </w:tc>
      </w:tr>
      <w:tr w:rsidR="007640C1" w14:paraId="108D37BD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469DCD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20B9C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850941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C0A7E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F71A7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BF529A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D08BBA" w14:textId="77777777" w:rsidR="007640C1" w:rsidRDefault="007640C1"/>
        </w:tc>
      </w:tr>
      <w:tr w:rsidR="007640C1" w14:paraId="76B0C247" w14:textId="77777777" w:rsidTr="00A352E5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A006FC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38A34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D8BD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4A0919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BF00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45191C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E120B6" w14:textId="77777777" w:rsidR="007640C1" w:rsidRDefault="007640C1"/>
        </w:tc>
      </w:tr>
      <w:tr w:rsidR="007640C1" w14:paraId="5317CC0A" w14:textId="77777777" w:rsidTr="00A352E5">
        <w:trPr>
          <w:cantSplit/>
          <w:trHeight w:val="30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1A07AA" w14:textId="77777777" w:rsidR="007640C1" w:rsidRDefault="00653370">
            <w:r>
              <w:rPr>
                <w:b/>
                <w:color w:val="1F2933"/>
                <w:sz w:val="16"/>
              </w:rPr>
              <w:t>TOTAL</w:t>
            </w:r>
          </w:p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A4F7E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C7F99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BFF6EB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706B0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C64388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9928C" w14:textId="77777777" w:rsidR="007640C1" w:rsidRDefault="007640C1"/>
        </w:tc>
      </w:tr>
      <w:tr w:rsidR="007640C1" w14:paraId="57EF6A9B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FB8AE7" w14:textId="77777777" w:rsidR="007640C1" w:rsidRDefault="00653370">
            <w:r>
              <w:rPr>
                <w:b/>
                <w:color w:val="1F2933"/>
                <w:sz w:val="15"/>
              </w:rPr>
              <w:t>4.2 Why this option and value for money?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0C8FA5" w14:textId="77777777" w:rsidR="007640C1" w:rsidRDefault="00653370">
            <w:r>
              <w:rPr>
                <w:i/>
                <w:color w:val="666666"/>
                <w:sz w:val="15"/>
              </w:rPr>
              <w:t>Compare the proposed option with practical alternatives and explain why the cost, specification and expected benefit are reasonable.</w:t>
            </w:r>
          </w:p>
        </w:tc>
      </w:tr>
      <w:tr w:rsidR="007640C1" w14:paraId="4DE95144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D9A8F5" w14:textId="77777777" w:rsidR="007640C1" w:rsidRDefault="00653370">
            <w:r>
              <w:rPr>
                <w:b/>
                <w:color w:val="1F2933"/>
                <w:sz w:val="15"/>
              </w:rPr>
              <w:t>Technology / digital improvement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338104" w14:textId="77777777" w:rsidR="007640C1" w:rsidRDefault="00653370">
            <w:r>
              <w:rPr>
                <w:i/>
                <w:color w:val="666666"/>
                <w:sz w:val="15"/>
              </w:rPr>
              <w:t>Describe any new technology, process, software, system or service innovation.</w:t>
            </w:r>
          </w:p>
        </w:tc>
      </w:tr>
      <w:tr w:rsidR="007640C1" w14:paraId="7F2777B3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DF7D3E" w14:textId="77777777" w:rsidR="007640C1" w:rsidRDefault="00653370">
            <w:r>
              <w:rPr>
                <w:b/>
                <w:color w:val="1F2933"/>
                <w:sz w:val="15"/>
              </w:rPr>
              <w:t>Green / resource-efficiency benefit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D45757" w14:textId="77777777" w:rsidR="007640C1" w:rsidRDefault="00653370">
            <w:r>
              <w:rPr>
                <w:i/>
                <w:color w:val="666666"/>
                <w:sz w:val="15"/>
              </w:rPr>
              <w:t>State expected energy, water, material, waste or emission savings and how they will be measured.</w:t>
            </w:r>
          </w:p>
        </w:tc>
      </w:tr>
      <w:tr w:rsidR="007640C1" w14:paraId="13DD9195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27F8BA" w14:textId="77777777" w:rsidR="007640C1" w:rsidRDefault="00653370">
            <w:r>
              <w:rPr>
                <w:b/>
                <w:color w:val="1F2933"/>
                <w:sz w:val="15"/>
              </w:rPr>
              <w:t>Legal / technical readiness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7DC439" w14:textId="13D04520" w:rsidR="007640C1" w:rsidRDefault="00653370">
            <w:r>
              <w:rPr>
                <w:i/>
                <w:color w:val="666666"/>
                <w:sz w:val="15"/>
              </w:rPr>
              <w:t xml:space="preserve">List specifications, permits, </w:t>
            </w:r>
            <w:r w:rsidR="007439FE">
              <w:rPr>
                <w:i/>
                <w:color w:val="666666"/>
                <w:sz w:val="15"/>
              </w:rPr>
              <w:t>licenses</w:t>
            </w:r>
            <w:r>
              <w:rPr>
                <w:i/>
                <w:color w:val="666666"/>
                <w:sz w:val="15"/>
              </w:rPr>
              <w:t>, landlord approvals, professional designs or technical studies needed.</w:t>
            </w:r>
          </w:p>
        </w:tc>
      </w:tr>
    </w:tbl>
    <w:p w14:paraId="5094B4ED" w14:textId="77777777" w:rsidR="00E54D31" w:rsidRDefault="00E54D31">
      <w:pPr>
        <w:spacing w:before="80" w:after="40"/>
        <w:rPr>
          <w:b/>
          <w:color w:val="173E69"/>
          <w:sz w:val="26"/>
        </w:rPr>
      </w:pPr>
    </w:p>
    <w:p w14:paraId="01B4B731" w14:textId="77777777" w:rsidR="00E54D31" w:rsidRDefault="00E54D31">
      <w:pPr>
        <w:spacing w:after="200" w:line="276" w:lineRule="auto"/>
        <w:rPr>
          <w:b/>
          <w:color w:val="173E69"/>
          <w:sz w:val="26"/>
        </w:rPr>
      </w:pPr>
      <w:r>
        <w:rPr>
          <w:b/>
          <w:color w:val="173E69"/>
          <w:sz w:val="26"/>
        </w:rPr>
        <w:br w:type="page"/>
      </w:r>
    </w:p>
    <w:p w14:paraId="0CE494F7" w14:textId="77777777" w:rsidR="00E54D31" w:rsidRDefault="00E54D31">
      <w:pPr>
        <w:spacing w:before="80" w:after="40"/>
        <w:rPr>
          <w:b/>
          <w:color w:val="173E69"/>
          <w:sz w:val="26"/>
        </w:rPr>
        <w:sectPr w:rsidR="00E54D31" w:rsidSect="00E54D31">
          <w:pgSz w:w="16834" w:h="11909" w:orient="landscape"/>
          <w:pgMar w:top="749" w:right="893" w:bottom="749" w:left="864" w:header="173" w:footer="259" w:gutter="0"/>
          <w:cols w:space="720"/>
          <w:docGrid w:linePitch="360"/>
        </w:sectPr>
      </w:pPr>
    </w:p>
    <w:p w14:paraId="05FDCB97" w14:textId="304A9D30" w:rsidR="007640C1" w:rsidRDefault="00067E46">
      <w:pPr>
        <w:spacing w:before="80" w:after="40"/>
      </w:pPr>
      <w:r>
        <w:rPr>
          <w:b/>
          <w:color w:val="173E69"/>
          <w:sz w:val="26"/>
        </w:rPr>
        <w:t>5</w:t>
      </w:r>
      <w:r w:rsidR="00653370">
        <w:rPr>
          <w:b/>
          <w:color w:val="173E69"/>
          <w:sz w:val="26"/>
        </w:rPr>
        <w:t>. Financial Plan and Development Impact</w:t>
      </w:r>
      <w:r w:rsidR="00653370">
        <w:rPr>
          <w:i/>
          <w:color w:val="6B7280"/>
          <w:sz w:val="15"/>
        </w:rPr>
        <w:t xml:space="preserve">  |  Selection focus: financial feasibility and measurable results</w:t>
      </w:r>
    </w:p>
    <w:p w14:paraId="747805D7" w14:textId="0B7A7C42" w:rsidR="007640C1" w:rsidRDefault="00067E46">
      <w:pPr>
        <w:spacing w:before="20" w:after="20"/>
      </w:pPr>
      <w:r>
        <w:rPr>
          <w:b/>
          <w:color w:val="173E69"/>
          <w:sz w:val="18"/>
        </w:rPr>
        <w:t>5</w:t>
      </w:r>
      <w:r w:rsidR="00653370">
        <w:rPr>
          <w:b/>
          <w:color w:val="173E69"/>
          <w:sz w:val="18"/>
        </w:rPr>
        <w:t>.1 Historical financial summary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232"/>
        <w:gridCol w:w="2664"/>
        <w:gridCol w:w="2332"/>
      </w:tblGrid>
      <w:tr w:rsidR="007640C1" w14:paraId="36359BAF" w14:textId="77777777">
        <w:trPr>
          <w:cantSplit/>
          <w:tblHeader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850CD4" w14:textId="77777777" w:rsidR="007640C1" w:rsidRDefault="00653370">
            <w:r>
              <w:rPr>
                <w:b/>
                <w:color w:val="FFFFFF"/>
                <w:sz w:val="15"/>
              </w:rPr>
              <w:t>Financial item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4A0770" w14:textId="77777777" w:rsidR="007640C1" w:rsidRDefault="00653370">
            <w:r>
              <w:rPr>
                <w:b/>
                <w:color w:val="FFFFFF"/>
                <w:sz w:val="15"/>
              </w:rPr>
              <w:t>Previous year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0C5F82" w14:textId="77777777" w:rsidR="007640C1" w:rsidRDefault="00653370">
            <w:r>
              <w:rPr>
                <w:b/>
                <w:color w:val="FFFFFF"/>
                <w:sz w:val="15"/>
              </w:rPr>
              <w:t>Latest completed year / YTD</w:t>
            </w: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B8AF9B" w14:textId="77777777" w:rsidR="007640C1" w:rsidRDefault="00653370">
            <w:r>
              <w:rPr>
                <w:b/>
                <w:color w:val="FFFFFF"/>
                <w:sz w:val="15"/>
              </w:rPr>
              <w:t>Currency / notes</w:t>
            </w:r>
          </w:p>
        </w:tc>
      </w:tr>
      <w:tr w:rsidR="007640C1" w14:paraId="707D9E7F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A26243" w14:textId="16C15A33" w:rsidR="007640C1" w:rsidRDefault="00542AD7">
            <w:r>
              <w:rPr>
                <w:b/>
                <w:color w:val="1F2933"/>
                <w:sz w:val="15"/>
              </w:rPr>
              <w:t>Total revenue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A08E71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854051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015745" w14:textId="77777777" w:rsidR="007640C1" w:rsidRDefault="007640C1"/>
        </w:tc>
      </w:tr>
      <w:tr w:rsidR="007640C1" w14:paraId="012DB990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366354" w14:textId="77777777" w:rsidR="007640C1" w:rsidRDefault="00653370">
            <w:r>
              <w:rPr>
                <w:b/>
                <w:color w:val="1F2933"/>
                <w:sz w:val="15"/>
              </w:rPr>
              <w:t>Grant / donor income (NGOs)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8D444A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819C41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544D7F" w14:textId="77777777" w:rsidR="007640C1" w:rsidRDefault="007640C1"/>
        </w:tc>
      </w:tr>
      <w:tr w:rsidR="007640C1" w14:paraId="3777FF73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34742C" w14:textId="2EC534BA" w:rsidR="007640C1" w:rsidRDefault="00653370" w:rsidP="00542AD7">
            <w:r>
              <w:rPr>
                <w:b/>
                <w:color w:val="1F2933"/>
                <w:sz w:val="15"/>
              </w:rPr>
              <w:t xml:space="preserve">Total operating </w:t>
            </w:r>
            <w:r w:rsidR="00A352E5">
              <w:rPr>
                <w:b/>
                <w:color w:val="1F2933"/>
                <w:sz w:val="15"/>
              </w:rPr>
              <w:t>costs (</w:t>
            </w:r>
            <w:r w:rsidR="00542AD7" w:rsidRPr="00542AD7">
              <w:rPr>
                <w:b/>
                <w:color w:val="1F2933"/>
                <w:sz w:val="15"/>
              </w:rPr>
              <w:t>Includes direct costs/COGS and operating expenses</w:t>
            </w:r>
            <w:r w:rsidR="00542AD7">
              <w:rPr>
                <w:b/>
                <w:color w:val="1F2933"/>
                <w:sz w:val="15"/>
              </w:rPr>
              <w:t>)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5991EE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402384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9F4071" w14:textId="77777777" w:rsidR="007640C1" w:rsidRDefault="007640C1"/>
        </w:tc>
      </w:tr>
      <w:tr w:rsidR="007640C1" w14:paraId="2AA6B1DF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8FB4CC" w14:textId="77777777" w:rsidR="007640C1" w:rsidRDefault="00653370">
            <w:r>
              <w:rPr>
                <w:b/>
                <w:color w:val="1F2933"/>
                <w:sz w:val="15"/>
              </w:rPr>
              <w:t>Net profit / surplus or loss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17BDAA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D40E82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3D4C58" w14:textId="77777777" w:rsidR="007640C1" w:rsidRDefault="007640C1"/>
        </w:tc>
      </w:tr>
      <w:tr w:rsidR="007640C1" w14:paraId="056C6D74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02930C" w14:textId="77777777" w:rsidR="007640C1" w:rsidRDefault="00653370">
            <w:r>
              <w:rPr>
                <w:b/>
                <w:color w:val="1F2933"/>
                <w:sz w:val="15"/>
              </w:rPr>
              <w:t>Loans / outstanding payables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D027CC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93A14A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9F682E" w14:textId="77777777" w:rsidR="007640C1" w:rsidRDefault="007640C1"/>
        </w:tc>
      </w:tr>
      <w:tr w:rsidR="00542AD7" w14:paraId="78AC6B00" w14:textId="77777777" w:rsidTr="00A352E5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46C5F5" w14:textId="45097747" w:rsidR="00542AD7" w:rsidRDefault="00542AD7" w:rsidP="00542AD7">
            <w:pPr>
              <w:rPr>
                <w:b/>
                <w:color w:val="1F2933"/>
                <w:sz w:val="15"/>
              </w:rPr>
            </w:pPr>
            <w:r>
              <w:rPr>
                <w:b/>
                <w:color w:val="FFFFFF"/>
                <w:sz w:val="15"/>
              </w:rPr>
              <w:t>Item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52B5D" w14:textId="694C6CF4" w:rsidR="00542AD7" w:rsidRDefault="00542AD7" w:rsidP="00542AD7">
            <w:r>
              <w:rPr>
                <w:b/>
                <w:color w:val="FFFFFF"/>
                <w:sz w:val="15"/>
              </w:rPr>
              <w:t>Previous year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D53B9" w14:textId="33FCB82A" w:rsidR="00542AD7" w:rsidRDefault="00542AD7" w:rsidP="00542AD7">
            <w:r>
              <w:rPr>
                <w:b/>
                <w:color w:val="FFFFFF"/>
                <w:sz w:val="15"/>
              </w:rPr>
              <w:t>Latest completed year / YTD</w:t>
            </w: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8197E2" w14:textId="2D04ECDE" w:rsidR="00542AD7" w:rsidRDefault="00542AD7" w:rsidP="00542AD7">
            <w:r>
              <w:rPr>
                <w:b/>
                <w:color w:val="FFFFFF"/>
                <w:sz w:val="15"/>
              </w:rPr>
              <w:t>Notes</w:t>
            </w:r>
          </w:p>
        </w:tc>
      </w:tr>
      <w:tr w:rsidR="007640C1" w14:paraId="18A883E3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AFAC38" w14:textId="77777777" w:rsidR="007640C1" w:rsidRDefault="00653370">
            <w:r>
              <w:rPr>
                <w:b/>
                <w:color w:val="1F2933"/>
                <w:sz w:val="15"/>
              </w:rPr>
              <w:t>Total workers / staff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6EB936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C4106D" w14:textId="77777777" w:rsidR="007640C1" w:rsidRDefault="007640C1"/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73D4A0" w14:textId="77777777" w:rsidR="007640C1" w:rsidRDefault="00542AD7">
            <w:r>
              <w:t>Include breakdown for</w:t>
            </w:r>
          </w:p>
          <w:p w14:paraId="38765400" w14:textId="77777777" w:rsidR="00542AD7" w:rsidRDefault="00542AD7">
            <w:r>
              <w:t>Male:</w:t>
            </w:r>
          </w:p>
          <w:p w14:paraId="2474EDD0" w14:textId="77777777" w:rsidR="00542AD7" w:rsidRDefault="00542AD7">
            <w:r>
              <w:t>Female:</w:t>
            </w:r>
          </w:p>
          <w:p w14:paraId="5BB70E32" w14:textId="3FAF899A" w:rsidR="00542AD7" w:rsidRDefault="00A352E5">
            <w:r>
              <w:t>PwDs</w:t>
            </w:r>
            <w:r w:rsidR="00542AD7">
              <w:t>:</w:t>
            </w:r>
          </w:p>
        </w:tc>
      </w:tr>
    </w:tbl>
    <w:p w14:paraId="7EFC8ECB" w14:textId="40CAD271" w:rsidR="007640C1" w:rsidRDefault="00067E46" w:rsidP="00E54D31">
      <w:r>
        <w:rPr>
          <w:b/>
          <w:color w:val="173E69"/>
          <w:sz w:val="26"/>
        </w:rPr>
        <w:t>6</w:t>
      </w:r>
      <w:r w:rsidR="00653370">
        <w:rPr>
          <w:b/>
          <w:color w:val="173E69"/>
          <w:sz w:val="26"/>
        </w:rPr>
        <w:t>. Expected Results, Jobs and Inclusion</w:t>
      </w:r>
      <w:r w:rsidR="00653370">
        <w:rPr>
          <w:i/>
          <w:color w:val="6B7280"/>
          <w:sz w:val="15"/>
        </w:rPr>
        <w:t xml:space="preserve">  |  Selection focus: impact, jobs and inclusive benefit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0"/>
        <w:gridCol w:w="2296"/>
        <w:gridCol w:w="2088"/>
        <w:gridCol w:w="2361"/>
      </w:tblGrid>
      <w:tr w:rsidR="00A352E5" w14:paraId="142F57B4" w14:textId="77777777" w:rsidTr="00A352E5">
        <w:trPr>
          <w:cantSplit/>
          <w:tblHeader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FEED58" w14:textId="77777777" w:rsidR="00A352E5" w:rsidRDefault="00A352E5">
            <w:r>
              <w:rPr>
                <w:b/>
                <w:color w:val="FFFFFF"/>
                <w:sz w:val="14"/>
              </w:rPr>
              <w:t>Result / indicator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E41C85" w14:textId="77777777" w:rsidR="00A352E5" w:rsidRDefault="00A352E5">
            <w:r>
              <w:rPr>
                <w:b/>
                <w:color w:val="FFFFFF"/>
                <w:sz w:val="14"/>
              </w:rPr>
              <w:t>Baseline</w:t>
            </w: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26BBBC" w14:textId="4E19E46F" w:rsidR="00A352E5" w:rsidRDefault="00A352E5">
            <w:r>
              <w:rPr>
                <w:b/>
                <w:color w:val="FFFFFF"/>
                <w:sz w:val="14"/>
              </w:rPr>
              <w:t>% of expected change after intervention</w:t>
            </w:r>
          </w:p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FCF596" w14:textId="77777777" w:rsidR="00A352E5" w:rsidRDefault="00A352E5">
            <w:r>
              <w:rPr>
                <w:b/>
                <w:color w:val="FFFFFF"/>
                <w:sz w:val="14"/>
              </w:rPr>
              <w:t>When</w:t>
            </w:r>
          </w:p>
        </w:tc>
      </w:tr>
      <w:tr w:rsidR="00A352E5" w14:paraId="18537D47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443E92" w14:textId="77777777" w:rsidR="00A352E5" w:rsidRDefault="00A352E5">
            <w:r>
              <w:rPr>
                <w:b/>
                <w:color w:val="1F2933"/>
                <w:sz w:val="15"/>
              </w:rPr>
              <w:t>Revenue / earned income or donor-dependency reduction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21715C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0695E2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B0F98A" w14:textId="77777777" w:rsidR="00A352E5" w:rsidRDefault="00A352E5"/>
        </w:tc>
      </w:tr>
      <w:tr w:rsidR="00A352E5" w14:paraId="4657C9C8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F9DC4A" w14:textId="77777777" w:rsidR="00A352E5" w:rsidRDefault="00A352E5">
            <w:r>
              <w:rPr>
                <w:b/>
                <w:color w:val="1F2933"/>
                <w:sz w:val="15"/>
              </w:rPr>
              <w:t>Annual cost savings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84F85E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392729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A010DC" w14:textId="77777777" w:rsidR="00A352E5" w:rsidRDefault="00A352E5"/>
        </w:tc>
      </w:tr>
      <w:tr w:rsidR="00A352E5" w14:paraId="4BDD9EC7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E4E8F4" w14:textId="77777777" w:rsidR="00A352E5" w:rsidRDefault="00A352E5">
            <w:r>
              <w:rPr>
                <w:b/>
                <w:color w:val="1F2933"/>
                <w:sz w:val="15"/>
              </w:rPr>
              <w:t>Profitability / surplus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C9B6AD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71E31D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2A854" w14:textId="77777777" w:rsidR="00A352E5" w:rsidRDefault="00A352E5"/>
        </w:tc>
      </w:tr>
      <w:tr w:rsidR="00A352E5" w14:paraId="350BB8A1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2127A4" w14:textId="77777777" w:rsidR="00A352E5" w:rsidRDefault="00A352E5">
            <w:r>
              <w:rPr>
                <w:b/>
                <w:color w:val="1F2933"/>
                <w:sz w:val="15"/>
              </w:rPr>
              <w:t>Production / service capacity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FA6EE8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D9A31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911075" w14:textId="77777777" w:rsidR="00A352E5" w:rsidRDefault="00A352E5"/>
        </w:tc>
      </w:tr>
      <w:tr w:rsidR="00A352E5" w14:paraId="7B82C251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B6D9E6" w14:textId="77777777" w:rsidR="00A352E5" w:rsidRDefault="00A352E5">
            <w:r>
              <w:rPr>
                <w:b/>
                <w:color w:val="1F2933"/>
                <w:sz w:val="15"/>
              </w:rPr>
              <w:t>Jobs created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D20521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1B7BC9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689BB8" w14:textId="77777777" w:rsidR="00A352E5" w:rsidRDefault="00A352E5"/>
        </w:tc>
      </w:tr>
      <w:tr w:rsidR="00A352E5" w14:paraId="32FF0D0E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65A20C" w14:textId="77777777" w:rsidR="00A352E5" w:rsidRDefault="00A352E5">
            <w:r>
              <w:rPr>
                <w:b/>
                <w:color w:val="1F2933"/>
                <w:sz w:val="15"/>
              </w:rPr>
              <w:t>Jobs sustained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0693AD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5C5493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2567A4" w14:textId="77777777" w:rsidR="00A352E5" w:rsidRDefault="00A352E5"/>
        </w:tc>
      </w:tr>
      <w:tr w:rsidR="00A352E5" w14:paraId="08A160A3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A4AC4C" w14:textId="77777777" w:rsidR="00A352E5" w:rsidRDefault="00A352E5">
            <w:r>
              <w:rPr>
                <w:b/>
                <w:color w:val="1F2933"/>
                <w:sz w:val="15"/>
              </w:rPr>
              <w:t>Women / youth / PwD opportunities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72EB21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30CDC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010C6C" w14:textId="77777777" w:rsidR="00A352E5" w:rsidRDefault="00A352E5"/>
        </w:tc>
      </w:tr>
      <w:tr w:rsidR="00A352E5" w14:paraId="29B4A007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050E2E" w14:textId="77777777" w:rsidR="00A352E5" w:rsidRDefault="00A352E5">
            <w:r>
              <w:rPr>
                <w:b/>
                <w:color w:val="1F2933"/>
                <w:sz w:val="15"/>
              </w:rPr>
              <w:t>Environmental / resource saving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FDC0B3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D6392A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5BEB8E" w14:textId="77777777" w:rsidR="00A352E5" w:rsidRDefault="00A352E5"/>
        </w:tc>
      </w:tr>
      <w:tr w:rsidR="00A352E5" w14:paraId="045896F0" w14:textId="77777777" w:rsidTr="00A352E5">
        <w:trPr>
          <w:cantSplit/>
          <w:trHeight w:val="310"/>
          <w:jc w:val="center"/>
        </w:trPr>
        <w:tc>
          <w:tcPr>
            <w:tcW w:w="351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6C0556" w14:textId="5164AD84" w:rsidR="00A352E5" w:rsidRDefault="00A352E5" w:rsidP="00280123">
            <w:r w:rsidRPr="00280123">
              <w:rPr>
                <w:b/>
                <w:bCs/>
                <w:color w:val="1F2933"/>
                <w:sz w:val="15"/>
              </w:rPr>
              <w:t>Beneficiary Reach Change</w:t>
            </w:r>
            <w:r w:rsidRPr="00280123">
              <w:rPr>
                <w:b/>
                <w:color w:val="1F2933"/>
                <w:sz w:val="15"/>
              </w:rPr>
              <w:t xml:space="preserve"> </w:t>
            </w:r>
            <w:r w:rsidRPr="00A352E5">
              <w:rPr>
                <w:b/>
                <w:color w:val="1F2933"/>
                <w:sz w:val="12"/>
                <w:szCs w:val="12"/>
              </w:rPr>
              <w:t>(Percentage change before and after the intervention.)</w:t>
            </w:r>
          </w:p>
        </w:tc>
        <w:tc>
          <w:tcPr>
            <w:tcW w:w="22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157115" w14:textId="77777777" w:rsidR="00A352E5" w:rsidRDefault="00A352E5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A01F59" w14:textId="77777777" w:rsidR="00A352E5" w:rsidRDefault="00A352E5"/>
        </w:tc>
        <w:tc>
          <w:tcPr>
            <w:tcW w:w="236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DF88C0" w14:textId="77777777" w:rsidR="00A352E5" w:rsidRDefault="00A352E5"/>
        </w:tc>
      </w:tr>
    </w:tbl>
    <w:p w14:paraId="7C6AD571" w14:textId="2CDC70C6" w:rsidR="007640C1" w:rsidRDefault="00067E46">
      <w:pPr>
        <w:spacing w:before="80" w:after="40"/>
      </w:pPr>
      <w:r>
        <w:rPr>
          <w:b/>
          <w:color w:val="173E69"/>
          <w:sz w:val="26"/>
        </w:rPr>
        <w:t>7</w:t>
      </w:r>
      <w:r w:rsidR="00653370">
        <w:rPr>
          <w:b/>
          <w:color w:val="173E69"/>
          <w:sz w:val="26"/>
        </w:rPr>
        <w:t>. Sustainability and Social Contribution</w:t>
      </w:r>
      <w:r w:rsidR="00653370">
        <w:rPr>
          <w:i/>
          <w:color w:val="6B7280"/>
          <w:sz w:val="15"/>
        </w:rPr>
        <w:t xml:space="preserve">  |  Selection focus: continuity after funding and community value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11"/>
      </w:tblGrid>
      <w:tr w:rsidR="007640C1" w14:paraId="22F12E9F" w14:textId="77777777">
        <w:trPr>
          <w:cantSplit/>
          <w:trHeight w:val="70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98B5B6B" w14:textId="50C85C1E" w:rsidR="007640C1" w:rsidRDefault="00067E46" w:rsidP="00280123">
            <w:r>
              <w:rPr>
                <w:b/>
                <w:color w:val="2B5D8A"/>
              </w:rPr>
              <w:t>7</w:t>
            </w:r>
            <w:r w:rsidR="00653370">
              <w:rPr>
                <w:b/>
                <w:color w:val="2B5D8A"/>
              </w:rPr>
              <w:t xml:space="preserve">.1 </w:t>
            </w:r>
            <w:r w:rsidR="00280123" w:rsidRPr="00280123">
              <w:rPr>
                <w:b/>
                <w:color w:val="2B5D8A"/>
              </w:rPr>
              <w:t>Sustainability / Exit Strategy</w:t>
            </w:r>
          </w:p>
          <w:p w14:paraId="623EEC04" w14:textId="115445C2" w:rsidR="007640C1" w:rsidRDefault="00280123" w:rsidP="00280123">
            <w:pPr>
              <w:spacing w:before="20"/>
            </w:pPr>
            <w:r w:rsidRPr="00280123">
              <w:rPr>
                <w:i/>
                <w:color w:val="666666"/>
                <w:sz w:val="15"/>
              </w:rPr>
              <w:t>For longer-term interventions, especially NGOs, briefly explain how the activity or service will continue after Facility support ends, including how key operating costs, staffing, maintenance, and management will be sustained.</w:t>
            </w:r>
          </w:p>
        </w:tc>
      </w:tr>
      <w:tr w:rsidR="007640C1" w14:paraId="52F7EE3D" w14:textId="77777777">
        <w:trPr>
          <w:cantSplit/>
          <w:trHeight w:val="50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9964316" w14:textId="01F8CA5E" w:rsidR="007640C1" w:rsidRDefault="00067E46">
            <w:r>
              <w:rPr>
                <w:b/>
                <w:color w:val="2B5D8A"/>
              </w:rPr>
              <w:t>7</w:t>
            </w:r>
            <w:r w:rsidR="00653370">
              <w:rPr>
                <w:b/>
                <w:color w:val="2B5D8A"/>
              </w:rPr>
              <w:t>.2 Proposed social contribution, where applicable.</w:t>
            </w:r>
          </w:p>
          <w:p w14:paraId="349854BF" w14:textId="77777777" w:rsidR="007640C1" w:rsidRDefault="00653370">
            <w:pPr>
              <w:spacing w:before="20"/>
            </w:pPr>
            <w:r>
              <w:rPr>
                <w:i/>
                <w:color w:val="666666"/>
                <w:sz w:val="15"/>
              </w:rPr>
              <w:t>Examples: internships, mentoring, reduced-cost services, training placements, community support, accessibility improvements or another reasonable contribution.</w:t>
            </w:r>
          </w:p>
        </w:tc>
      </w:tr>
    </w:tbl>
    <w:p w14:paraId="0C7B859C" w14:textId="77777777" w:rsidR="007640C1" w:rsidRDefault="00653370">
      <w:r>
        <w:br w:type="page"/>
      </w:r>
    </w:p>
    <w:p w14:paraId="1F8B9940" w14:textId="2339EADB" w:rsidR="007640C1" w:rsidRDefault="00067E46">
      <w:pPr>
        <w:spacing w:before="80" w:after="40"/>
      </w:pPr>
      <w:r>
        <w:rPr>
          <w:b/>
          <w:color w:val="173E69"/>
          <w:sz w:val="26"/>
        </w:rPr>
        <w:t>8</w:t>
      </w:r>
      <w:r w:rsidR="00653370">
        <w:rPr>
          <w:b/>
          <w:color w:val="173E69"/>
          <w:sz w:val="26"/>
        </w:rPr>
        <w:t>. Supporting Documents</w:t>
      </w:r>
      <w:r w:rsidR="00653370">
        <w:rPr>
          <w:i/>
          <w:color w:val="6B7280"/>
          <w:sz w:val="15"/>
        </w:rPr>
        <w:t xml:space="preserve">  |  Selection focus: verification and due diligence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98"/>
        <w:gridCol w:w="5198"/>
      </w:tblGrid>
      <w:tr w:rsidR="007640C1" w14:paraId="713ED6FB" w14:textId="77777777">
        <w:trPr>
          <w:jc w:val="center"/>
        </w:trPr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82F0CF" w14:textId="77777777" w:rsidR="007640C1" w:rsidRDefault="00653370">
            <w:r>
              <w:rPr>
                <w:b/>
                <w:color w:val="FFFFFF"/>
                <w:sz w:val="15"/>
              </w:rPr>
              <w:t>Financial, legal and organisational</w:t>
            </w:r>
          </w:p>
        </w:tc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D16C2" w14:textId="77777777" w:rsidR="007640C1" w:rsidRDefault="00653370">
            <w:r>
              <w:rPr>
                <w:b/>
                <w:color w:val="FFFFFF"/>
                <w:sz w:val="15"/>
              </w:rPr>
              <w:t>Technical, market and implementation</w:t>
            </w:r>
          </w:p>
        </w:tc>
      </w:tr>
      <w:tr w:rsidR="007640C1" w14:paraId="77DDFDEE" w14:textId="77777777">
        <w:trPr>
          <w:cantSplit/>
          <w:trHeight w:val="950"/>
          <w:jc w:val="center"/>
        </w:trPr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2CA5877" w14:textId="77777777" w:rsidR="007640C1" w:rsidRDefault="00653370">
            <w:r>
              <w:rPr>
                <w:color w:val="1F2933"/>
                <w:sz w:val="15"/>
              </w:rPr>
              <w:t>[ ] Registration / tax / bank evidence</w:t>
            </w:r>
          </w:p>
          <w:p w14:paraId="77B09BAD" w14:textId="77777777" w:rsidR="007640C1" w:rsidRDefault="00653370">
            <w:r>
              <w:rPr>
                <w:color w:val="1F2933"/>
                <w:sz w:val="15"/>
              </w:rPr>
              <w:t>[ ] Two-year financial statements or equivalent records</w:t>
            </w:r>
          </w:p>
          <w:p w14:paraId="417F24C7" w14:textId="31E69913" w:rsidR="007640C1" w:rsidRDefault="00653370">
            <w:r>
              <w:rPr>
                <w:color w:val="1F2933"/>
                <w:sz w:val="15"/>
              </w:rPr>
              <w:t xml:space="preserve">[ ] </w:t>
            </w:r>
            <w:r w:rsidR="00C802FE" w:rsidRPr="00CB3AA2">
              <w:rPr>
                <w:sz w:val="15"/>
              </w:rPr>
              <w:t>Co-financing Willingness and Commitment Letter</w:t>
            </w:r>
          </w:p>
          <w:p w14:paraId="45B2AFDF" w14:textId="77777777" w:rsidR="007640C1" w:rsidRDefault="00653370">
            <w:r>
              <w:rPr>
                <w:color w:val="1F2933"/>
                <w:sz w:val="15"/>
              </w:rPr>
              <w:t>[ ] Board approval (NGOs, where required)</w:t>
            </w:r>
          </w:p>
          <w:p w14:paraId="7311E616" w14:textId="4C11202D" w:rsidR="007640C1" w:rsidRDefault="00653370">
            <w:r>
              <w:rPr>
                <w:color w:val="1F2933"/>
                <w:sz w:val="15"/>
              </w:rPr>
              <w:t xml:space="preserve">[ ] </w:t>
            </w:r>
            <w:r w:rsidR="00C802FE">
              <w:rPr>
                <w:sz w:val="16"/>
              </w:rPr>
              <w:t>Authorized signatory for MSMEs</w:t>
            </w:r>
          </w:p>
        </w:tc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011B9045" w14:textId="21504FCE" w:rsidR="007640C1" w:rsidRDefault="00653370">
            <w:r>
              <w:rPr>
                <w:color w:val="1F2933"/>
                <w:sz w:val="15"/>
              </w:rPr>
              <w:t xml:space="preserve">[ ] </w:t>
            </w:r>
            <w:r w:rsidR="00C802FE">
              <w:rPr>
                <w:color w:val="1F2933"/>
                <w:sz w:val="15"/>
              </w:rPr>
              <w:t xml:space="preserve">Tentative </w:t>
            </w:r>
            <w:r>
              <w:rPr>
                <w:color w:val="1F2933"/>
                <w:sz w:val="15"/>
              </w:rPr>
              <w:t xml:space="preserve">Quotations / </w:t>
            </w:r>
            <w:r w:rsidR="00C802FE">
              <w:rPr>
                <w:color w:val="1F2933"/>
                <w:sz w:val="15"/>
              </w:rPr>
              <w:t xml:space="preserve">estimated </w:t>
            </w:r>
            <w:r>
              <w:rPr>
                <w:color w:val="1F2933"/>
                <w:sz w:val="15"/>
              </w:rPr>
              <w:t xml:space="preserve">price </w:t>
            </w:r>
          </w:p>
          <w:p w14:paraId="1F541608" w14:textId="35D59DD7" w:rsidR="007640C1" w:rsidRDefault="007640C1" w:rsidP="00A352E5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01"/>
      </w:tblGrid>
      <w:tr w:rsidR="007640C1" w14:paraId="7792449B" w14:textId="77777777">
        <w:trPr>
          <w:jc w:val="center"/>
        </w:trPr>
        <w:tc>
          <w:tcPr>
            <w:tcW w:w="10411" w:type="dxa"/>
            <w:tcBorders>
              <w:top w:val="single" w:sz="4" w:space="0" w:color="C6B765"/>
              <w:left w:val="single" w:sz="4" w:space="0" w:color="C6B765"/>
              <w:bottom w:val="single" w:sz="4" w:space="0" w:color="C6B765"/>
              <w:right w:val="single" w:sz="4" w:space="0" w:color="C6B765"/>
            </w:tcBorders>
            <w:shd w:val="clear" w:color="auto" w:fill="EAF2F8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63892D" w14:textId="77777777" w:rsidR="007640C1" w:rsidRDefault="00653370">
            <w:r>
              <w:rPr>
                <w:b/>
                <w:color w:val="173E69"/>
                <w:sz w:val="16"/>
              </w:rPr>
              <w:t xml:space="preserve">Confidentiality: </w:t>
            </w:r>
            <w:r>
              <w:rPr>
                <w:color w:val="1F2933"/>
                <w:sz w:val="16"/>
              </w:rPr>
              <w:t>Information and documents submitted by applicants will be treated as confidential and used for eligibility screening, technical evaluation, due diligence, selection, contracting and monitoring purposes.</w:t>
            </w:r>
          </w:p>
        </w:tc>
      </w:tr>
    </w:tbl>
    <w:p w14:paraId="415EF687" w14:textId="0701C5DC" w:rsidR="007640C1" w:rsidRDefault="00067E46">
      <w:pPr>
        <w:spacing w:before="80" w:after="40"/>
      </w:pPr>
      <w:r>
        <w:rPr>
          <w:b/>
          <w:color w:val="173E69"/>
          <w:sz w:val="26"/>
        </w:rPr>
        <w:t>9</w:t>
      </w:r>
      <w:r w:rsidR="00653370">
        <w:rPr>
          <w:b/>
          <w:color w:val="173E69"/>
          <w:sz w:val="26"/>
        </w:rPr>
        <w:t>. Applicant Declaration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1"/>
        <w:gridCol w:w="2015"/>
        <w:gridCol w:w="3196"/>
      </w:tblGrid>
      <w:tr w:rsidR="007640C1" w14:paraId="59A58AC5" w14:textId="77777777">
        <w:trPr>
          <w:cantSplit/>
          <w:trHeight w:val="350"/>
          <w:jc w:val="center"/>
        </w:trPr>
        <w:tc>
          <w:tcPr>
            <w:tcW w:w="10394" w:type="dxa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247B92" w14:textId="77777777" w:rsidR="007640C1" w:rsidRDefault="00653370">
            <w:r>
              <w:rPr>
                <w:color w:val="1F2933"/>
                <w:sz w:val="16"/>
              </w:rPr>
              <w:t>By signing below, I confirm that the information and documents are accurate; the proposed costs are not double-funded; all legal, tax, debt and conflict-of-interest issues have been disclosed; and the applicant accepts the Facility’s procurement, monitoring, reporting, audit, visibility, data and record-retention requirements. I understand that false or misleading information may result in rejection or cancellation of support.</w:t>
            </w:r>
          </w:p>
        </w:tc>
      </w:tr>
      <w:tr w:rsidR="007640C1" w14:paraId="21CCA0F9" w14:textId="77777777">
        <w:trPr>
          <w:cantSplit/>
          <w:trHeight w:val="35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C995C9" w14:textId="1CD09CC9" w:rsidR="007640C1" w:rsidRDefault="006901B6">
            <w:r>
              <w:rPr>
                <w:b/>
                <w:color w:val="1F2933"/>
                <w:sz w:val="15"/>
              </w:rPr>
              <w:t>Authorized</w:t>
            </w:r>
            <w:r w:rsidR="00653370">
              <w:rPr>
                <w:b/>
                <w:color w:val="1F2933"/>
                <w:sz w:val="15"/>
              </w:rPr>
              <w:t xml:space="preserve"> representative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842147" w14:textId="77777777" w:rsidR="007640C1" w:rsidRDefault="007640C1"/>
        </w:tc>
        <w:tc>
          <w:tcPr>
            <w:tcW w:w="2015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FD71CB" w14:textId="77777777" w:rsidR="007640C1" w:rsidRDefault="00653370">
            <w:r>
              <w:rPr>
                <w:b/>
                <w:color w:val="1F2933"/>
                <w:sz w:val="15"/>
              </w:rPr>
              <w:t>Position</w:t>
            </w:r>
          </w:p>
        </w:tc>
        <w:tc>
          <w:tcPr>
            <w:tcW w:w="31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0339CA" w14:textId="77777777" w:rsidR="007640C1" w:rsidRDefault="007640C1"/>
        </w:tc>
      </w:tr>
      <w:tr w:rsidR="007640C1" w14:paraId="5A5985C4" w14:textId="77777777">
        <w:trPr>
          <w:cantSplit/>
          <w:trHeight w:val="35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4838D7" w14:textId="77777777" w:rsidR="007640C1" w:rsidRDefault="00653370">
            <w:r>
              <w:rPr>
                <w:b/>
                <w:color w:val="1F2933"/>
                <w:sz w:val="15"/>
              </w:rPr>
              <w:t>Signature / stamp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B95569" w14:textId="77777777" w:rsidR="007640C1" w:rsidRDefault="007640C1"/>
        </w:tc>
        <w:tc>
          <w:tcPr>
            <w:tcW w:w="2015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0E9E05" w14:textId="77777777" w:rsidR="007640C1" w:rsidRDefault="00653370">
            <w:r>
              <w:rPr>
                <w:b/>
                <w:color w:val="1F2933"/>
                <w:sz w:val="15"/>
              </w:rPr>
              <w:t>Date</w:t>
            </w:r>
          </w:p>
        </w:tc>
        <w:tc>
          <w:tcPr>
            <w:tcW w:w="31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D10FD6" w14:textId="77777777" w:rsidR="007640C1" w:rsidRDefault="007640C1"/>
        </w:tc>
      </w:tr>
    </w:tbl>
    <w:p w14:paraId="376DA82A" w14:textId="77777777" w:rsidR="00590785" w:rsidRDefault="00590785"/>
    <w:p w14:paraId="79E3E468" w14:textId="77777777" w:rsidR="00B40F7F" w:rsidRPr="00B40F7F" w:rsidRDefault="00B40F7F" w:rsidP="00B40F7F"/>
    <w:p w14:paraId="41791FC8" w14:textId="77777777" w:rsidR="00B40F7F" w:rsidRPr="00B40F7F" w:rsidRDefault="00B40F7F" w:rsidP="00B40F7F"/>
    <w:p w14:paraId="4794B4CE" w14:textId="77777777" w:rsidR="00B40F7F" w:rsidRPr="00B40F7F" w:rsidRDefault="00B40F7F" w:rsidP="00B40F7F"/>
    <w:p w14:paraId="3D93E653" w14:textId="77777777" w:rsidR="00B40F7F" w:rsidRPr="00B40F7F" w:rsidRDefault="00B40F7F" w:rsidP="00B40F7F"/>
    <w:p w14:paraId="58A19762" w14:textId="77777777" w:rsidR="00B40F7F" w:rsidRPr="00B40F7F" w:rsidRDefault="00B40F7F" w:rsidP="00B40F7F"/>
    <w:p w14:paraId="18F13C27" w14:textId="77777777" w:rsidR="00B40F7F" w:rsidRPr="00B40F7F" w:rsidRDefault="00B40F7F" w:rsidP="00B40F7F"/>
    <w:p w14:paraId="278B0056" w14:textId="77777777" w:rsidR="00B40F7F" w:rsidRPr="00B40F7F" w:rsidRDefault="00B40F7F" w:rsidP="00B40F7F"/>
    <w:p w14:paraId="6BFA5595" w14:textId="77777777" w:rsidR="00B40F7F" w:rsidRPr="00B40F7F" w:rsidRDefault="00B40F7F" w:rsidP="00B40F7F"/>
    <w:p w14:paraId="345F418C" w14:textId="77777777" w:rsidR="00B40F7F" w:rsidRPr="00B40F7F" w:rsidRDefault="00B40F7F" w:rsidP="00B40F7F"/>
    <w:p w14:paraId="6A9A09C0" w14:textId="77777777" w:rsidR="00B40F7F" w:rsidRDefault="00B40F7F" w:rsidP="00B40F7F"/>
    <w:p w14:paraId="4F040662" w14:textId="77777777" w:rsidR="00B40F7F" w:rsidRDefault="00B40F7F" w:rsidP="00B40F7F"/>
    <w:p w14:paraId="055C0F20" w14:textId="37BCF5FF" w:rsidR="00B40F7F" w:rsidRPr="00B40F7F" w:rsidRDefault="00B40F7F" w:rsidP="00B40F7F">
      <w:pPr>
        <w:tabs>
          <w:tab w:val="left" w:pos="3207"/>
        </w:tabs>
      </w:pPr>
      <w:r>
        <w:tab/>
      </w:r>
    </w:p>
    <w:sectPr w:rsidR="00B40F7F" w:rsidRPr="00B40F7F" w:rsidSect="00E54D31">
      <w:pgSz w:w="11909" w:h="16834"/>
      <w:pgMar w:top="864" w:right="749" w:bottom="893" w:left="749" w:header="173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14A3" w14:textId="77777777" w:rsidR="00241B9A" w:rsidRDefault="00241B9A">
      <w:r>
        <w:separator/>
      </w:r>
    </w:p>
  </w:endnote>
  <w:endnote w:type="continuationSeparator" w:id="0">
    <w:p w14:paraId="2022995A" w14:textId="77777777" w:rsidR="00241B9A" w:rsidRDefault="00241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C5BB" w14:textId="77777777" w:rsidR="007640C1" w:rsidRDefault="00653370">
    <w:pPr>
      <w:pStyle w:val="Footer"/>
      <w:jc w:val="center"/>
    </w:pPr>
    <w:r>
      <w:rPr>
        <w:color w:val="666666"/>
        <w:sz w:val="15"/>
      </w:rPr>
      <w:t xml:space="preserve">Business &amp; Sustainability Plan  |  Page </w:t>
    </w:r>
    <w:r>
      <w:rPr>
        <w:color w:val="666666"/>
        <w:sz w:val="15"/>
      </w:rPr>
      <w:fldChar w:fldCharType="begin"/>
    </w:r>
    <w:r>
      <w:rPr>
        <w:color w:val="666666"/>
        <w:sz w:val="15"/>
      </w:rPr>
      <w:instrText>PAGE</w:instrText>
    </w:r>
    <w:r>
      <w:rPr>
        <w:color w:val="666666"/>
        <w:sz w:val="15"/>
      </w:rPr>
      <w:fldChar w:fldCharType="separate"/>
    </w:r>
    <w:r w:rsidR="00E54D31">
      <w:rPr>
        <w:noProof/>
        <w:color w:val="666666"/>
        <w:sz w:val="15"/>
      </w:rPr>
      <w:t>1</w:t>
    </w:r>
    <w:r>
      <w:rPr>
        <w:color w:val="666666"/>
        <w:sz w:val="15"/>
      </w:rPr>
      <w:fldChar w:fldCharType="end"/>
    </w:r>
    <w:r>
      <w:rPr>
        <w:color w:val="666666"/>
        <w:sz w:val="15"/>
      </w:rPr>
      <w:t xml:space="preserve"> of </w:t>
    </w:r>
    <w:r>
      <w:rPr>
        <w:color w:val="666666"/>
        <w:sz w:val="15"/>
      </w:rPr>
      <w:fldChar w:fldCharType="begin"/>
    </w:r>
    <w:r>
      <w:rPr>
        <w:color w:val="666666"/>
        <w:sz w:val="15"/>
      </w:rPr>
      <w:instrText>NUMPAGES</w:instrText>
    </w:r>
    <w:r>
      <w:rPr>
        <w:color w:val="666666"/>
        <w:sz w:val="15"/>
      </w:rPr>
      <w:fldChar w:fldCharType="separate"/>
    </w:r>
    <w:r w:rsidR="00E54D31">
      <w:rPr>
        <w:noProof/>
        <w:color w:val="666666"/>
        <w:sz w:val="15"/>
      </w:rPr>
      <w:t>2</w:t>
    </w:r>
    <w:r>
      <w:rPr>
        <w:color w:val="66666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A236C" w14:textId="77777777" w:rsidR="00241B9A" w:rsidRDefault="00241B9A">
      <w:r>
        <w:separator/>
      </w:r>
    </w:p>
  </w:footnote>
  <w:footnote w:type="continuationSeparator" w:id="0">
    <w:p w14:paraId="68713BCA" w14:textId="77777777" w:rsidR="00241B9A" w:rsidRDefault="00241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61B9" w14:textId="77777777" w:rsidR="007640C1" w:rsidRDefault="007640C1">
    <w:pPr>
      <w:pStyle w:val="Header"/>
    </w:pPr>
  </w:p>
  <w:p w14:paraId="649F0740" w14:textId="77777777" w:rsidR="00B40F7F" w:rsidRDefault="00B40F7F" w:rsidP="00B40F7F">
    <w:pPr>
      <w:pStyle w:val="Header"/>
    </w:pPr>
  </w:p>
  <w:tbl>
    <w:tblPr>
      <w:tblW w:w="0" w:type="auto"/>
      <w:jc w:val="center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1701"/>
      <w:gridCol w:w="1247"/>
      <w:gridCol w:w="2835"/>
      <w:gridCol w:w="2608"/>
    </w:tblGrid>
    <w:tr w:rsidR="00B40F7F" w14:paraId="216005B2" w14:textId="77777777" w:rsidTr="00653370">
      <w:trPr>
        <w:jc w:val="center"/>
      </w:trPr>
      <w:tc>
        <w:tcPr>
          <w:tcW w:w="1701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43E615B7" w14:textId="3F549848" w:rsidR="00B40F7F" w:rsidRDefault="00B40F7F" w:rsidP="00B40F7F">
          <w:pPr>
            <w:jc w:val="center"/>
          </w:pPr>
        </w:p>
      </w:tc>
      <w:tc>
        <w:tcPr>
          <w:tcW w:w="1247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6CDBEF42" w14:textId="2B62E30A" w:rsidR="00B40F7F" w:rsidRDefault="00A352E5" w:rsidP="00B40F7F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54E92D9" wp14:editId="34ED2906">
                <wp:simplePos x="0" y="0"/>
                <wp:positionH relativeFrom="column">
                  <wp:posOffset>-274955</wp:posOffset>
                </wp:positionH>
                <wp:positionV relativeFrom="paragraph">
                  <wp:posOffset>-243205</wp:posOffset>
                </wp:positionV>
                <wp:extent cx="740410" cy="328930"/>
                <wp:effectExtent l="0" t="0" r="2540" b="0"/>
                <wp:wrapSquare wrapText="bothSides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030E2C-F7FC-49D4-8796-60ED2A5DBE9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0410" cy="328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5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4C76B8C0" w14:textId="7EA55929" w:rsidR="00B40F7F" w:rsidRDefault="00A352E5" w:rsidP="00B40F7F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6EC77DF" wp14:editId="7B48F057">
                <wp:simplePos x="0" y="0"/>
                <wp:positionH relativeFrom="column">
                  <wp:posOffset>487045</wp:posOffset>
                </wp:positionH>
                <wp:positionV relativeFrom="paragraph">
                  <wp:posOffset>27305</wp:posOffset>
                </wp:positionV>
                <wp:extent cx="693420" cy="594360"/>
                <wp:effectExtent l="0" t="0" r="0" b="0"/>
                <wp:wrapSquare wrapText="bothSides"/>
                <wp:docPr id="2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2BBEE9-A12A-4721-A487-6AFAAA405B0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3420" cy="594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8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019A8EAC" w14:textId="285A83D7" w:rsidR="00B40F7F" w:rsidRDefault="00A352E5" w:rsidP="00B40F7F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AFCAD18" wp14:editId="0AFD1D77">
                <wp:simplePos x="0" y="0"/>
                <wp:positionH relativeFrom="column">
                  <wp:posOffset>-240665</wp:posOffset>
                </wp:positionH>
                <wp:positionV relativeFrom="paragraph">
                  <wp:posOffset>-446405</wp:posOffset>
                </wp:positionV>
                <wp:extent cx="1371600" cy="466090"/>
                <wp:effectExtent l="0" t="0" r="0" b="0"/>
                <wp:wrapSquare wrapText="bothSides"/>
                <wp:docPr id="3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E51275-6573-4053-AAA6-C8AA37E80A3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466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BC753C1" w14:textId="77777777" w:rsidR="00B40F7F" w:rsidRDefault="00B40F7F" w:rsidP="00B40F7F">
    <w:pPr>
      <w:pBdr>
        <w:bottom w:val="single" w:sz="10" w:space="0" w:color="C7A42B"/>
      </w:pBdr>
    </w:pPr>
  </w:p>
  <w:p w14:paraId="70EBDE6F" w14:textId="4CC971D7" w:rsidR="007640C1" w:rsidRDefault="007640C1" w:rsidP="00B40F7F">
    <w:pPr>
      <w:spacing w:after="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323892">
    <w:abstractNumId w:val="8"/>
  </w:num>
  <w:num w:numId="2" w16cid:durableId="1628462598">
    <w:abstractNumId w:val="7"/>
  </w:num>
  <w:num w:numId="3" w16cid:durableId="1745058404">
    <w:abstractNumId w:val="1"/>
  </w:num>
  <w:num w:numId="4" w16cid:durableId="322438444">
    <w:abstractNumId w:val="4"/>
  </w:num>
  <w:num w:numId="5" w16cid:durableId="337461252">
    <w:abstractNumId w:val="6"/>
  </w:num>
  <w:num w:numId="6" w16cid:durableId="373236971">
    <w:abstractNumId w:val="2"/>
  </w:num>
  <w:num w:numId="7" w16cid:durableId="457455491">
    <w:abstractNumId w:val="5"/>
  </w:num>
  <w:num w:numId="8" w16cid:durableId="699088220">
    <w:abstractNumId w:val="3"/>
  </w:num>
  <w:num w:numId="9" w16cid:durableId="81074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E20"/>
    <w:rsid w:val="00034616"/>
    <w:rsid w:val="0006063C"/>
    <w:rsid w:val="00067E46"/>
    <w:rsid w:val="000F57B7"/>
    <w:rsid w:val="00116948"/>
    <w:rsid w:val="0015074B"/>
    <w:rsid w:val="001976A6"/>
    <w:rsid w:val="001E4577"/>
    <w:rsid w:val="00241B9A"/>
    <w:rsid w:val="00255D8E"/>
    <w:rsid w:val="00280123"/>
    <w:rsid w:val="0029639D"/>
    <w:rsid w:val="00297EA5"/>
    <w:rsid w:val="00300E90"/>
    <w:rsid w:val="00313F75"/>
    <w:rsid w:val="00326F90"/>
    <w:rsid w:val="00360260"/>
    <w:rsid w:val="0036194A"/>
    <w:rsid w:val="00363CDD"/>
    <w:rsid w:val="003A3A28"/>
    <w:rsid w:val="003B5044"/>
    <w:rsid w:val="003F5E74"/>
    <w:rsid w:val="0042365F"/>
    <w:rsid w:val="004A6DB1"/>
    <w:rsid w:val="004F4CC9"/>
    <w:rsid w:val="00506565"/>
    <w:rsid w:val="00511559"/>
    <w:rsid w:val="00542AD7"/>
    <w:rsid w:val="005832AB"/>
    <w:rsid w:val="00590785"/>
    <w:rsid w:val="005B147A"/>
    <w:rsid w:val="005B574F"/>
    <w:rsid w:val="005E3C08"/>
    <w:rsid w:val="005F0278"/>
    <w:rsid w:val="005F13BA"/>
    <w:rsid w:val="0060212A"/>
    <w:rsid w:val="006139C8"/>
    <w:rsid w:val="00641294"/>
    <w:rsid w:val="00653370"/>
    <w:rsid w:val="006901B6"/>
    <w:rsid w:val="006E7E2A"/>
    <w:rsid w:val="00735E69"/>
    <w:rsid w:val="007439FE"/>
    <w:rsid w:val="00745C50"/>
    <w:rsid w:val="007640C1"/>
    <w:rsid w:val="007954B5"/>
    <w:rsid w:val="007A29A6"/>
    <w:rsid w:val="007F61D0"/>
    <w:rsid w:val="008072D9"/>
    <w:rsid w:val="00815092"/>
    <w:rsid w:val="009372CD"/>
    <w:rsid w:val="00987E0E"/>
    <w:rsid w:val="00A26F17"/>
    <w:rsid w:val="00A326AD"/>
    <w:rsid w:val="00A352E5"/>
    <w:rsid w:val="00A82D43"/>
    <w:rsid w:val="00A83535"/>
    <w:rsid w:val="00AA1D8D"/>
    <w:rsid w:val="00AA35AA"/>
    <w:rsid w:val="00AC08E9"/>
    <w:rsid w:val="00B11C58"/>
    <w:rsid w:val="00B40F7F"/>
    <w:rsid w:val="00B47730"/>
    <w:rsid w:val="00BA6645"/>
    <w:rsid w:val="00BC77E1"/>
    <w:rsid w:val="00C056CB"/>
    <w:rsid w:val="00C213E5"/>
    <w:rsid w:val="00C37814"/>
    <w:rsid w:val="00C506CB"/>
    <w:rsid w:val="00C802FE"/>
    <w:rsid w:val="00CB0664"/>
    <w:rsid w:val="00D50DCD"/>
    <w:rsid w:val="00D57499"/>
    <w:rsid w:val="00D760D4"/>
    <w:rsid w:val="00DB0840"/>
    <w:rsid w:val="00E0614C"/>
    <w:rsid w:val="00E44E63"/>
    <w:rsid w:val="00E54D31"/>
    <w:rsid w:val="00E55426"/>
    <w:rsid w:val="00E7631D"/>
    <w:rsid w:val="00E7631F"/>
    <w:rsid w:val="00E94308"/>
    <w:rsid w:val="00EE01EB"/>
    <w:rsid w:val="00EF3DAA"/>
    <w:rsid w:val="00F02488"/>
    <w:rsid w:val="00FC693F"/>
    <w:rsid w:val="00FD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5E8A1"/>
  <w14:defaultImageDpi w14:val="300"/>
  <w15:docId w15:val="{9121E76F-7231-4872-AFD7-30994274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363CDD"/>
    <w:pPr>
      <w:spacing w:after="0" w:line="240" w:lineRule="auto"/>
    </w:pPr>
    <w:rPr>
      <w:rFonts w:ascii="Arial" w:eastAsia="Arial" w:hAnsi="Arial"/>
      <w:sz w:val="17"/>
    </w:rPr>
  </w:style>
  <w:style w:type="character" w:styleId="CommentReference">
    <w:name w:val="annotation reference"/>
    <w:basedOn w:val="DefaultParagraphFont"/>
    <w:uiPriority w:val="99"/>
    <w:semiHidden/>
    <w:unhideWhenUsed/>
    <w:rsid w:val="00360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2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260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260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1111</Words>
  <Characters>6336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Shahd Idrees</cp:lastModifiedBy>
  <cp:revision>2</cp:revision>
  <dcterms:created xsi:type="dcterms:W3CDTF">2026-09-23T07:02:00Z</dcterms:created>
  <dcterms:modified xsi:type="dcterms:W3CDTF">2026-09-23T07:02:00Z</dcterms:modified>
  <cp:category/>
</cp:coreProperties>
</file>