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BF817" w14:textId="012B1A3D" w:rsidR="007640C1" w:rsidRPr="006D76BF" w:rsidRDefault="00653370">
      <w:pPr>
        <w:keepNext/>
        <w:bidi/>
        <w:spacing w:after="20"/>
        <w:jc w:val="center"/>
        <w:rPr>
          <w:sz w:val="20"/>
          <w:szCs w:val="28"/>
        </w:rPr>
      </w:pPr>
      <w:r w:rsidRPr="006D76BF">
        <w:rPr>
          <w:b/>
          <w:color w:val="173E69"/>
          <w:sz w:val="40"/>
          <w:szCs w:val="28"/>
          <w:rtl/>
        </w:rPr>
        <w:t>خطة العمل وا</w:t>
      </w:r>
      <w:r w:rsidR="00F81B57" w:rsidRPr="006D76BF">
        <w:rPr>
          <w:rFonts w:hint="cs"/>
          <w:b/>
          <w:color w:val="173E69"/>
          <w:sz w:val="40"/>
          <w:szCs w:val="28"/>
          <w:rtl/>
        </w:rPr>
        <w:t>لإ</w:t>
      </w:r>
      <w:r w:rsidRPr="006D76BF">
        <w:rPr>
          <w:b/>
          <w:color w:val="173E69"/>
          <w:sz w:val="40"/>
          <w:szCs w:val="28"/>
          <w:rtl/>
        </w:rPr>
        <w:t>ستدامة</w:t>
      </w:r>
    </w:p>
    <w:p w14:paraId="0789C916" w14:textId="1573CE50" w:rsidR="007640C1" w:rsidRPr="006D76BF" w:rsidRDefault="00B33A3E" w:rsidP="00F81B57">
      <w:pPr>
        <w:keepNext/>
        <w:bidi/>
        <w:spacing w:after="40"/>
        <w:jc w:val="center"/>
        <w:rPr>
          <w:b/>
          <w:color w:val="1F2933"/>
          <w:sz w:val="22"/>
          <w:szCs w:val="28"/>
          <w:rtl/>
        </w:rPr>
      </w:pPr>
      <w:r>
        <w:rPr>
          <w:rFonts w:hint="cs"/>
          <w:b/>
          <w:color w:val="1F2933"/>
          <w:sz w:val="22"/>
          <w:szCs w:val="28"/>
          <w:rtl/>
        </w:rPr>
        <w:t>برنامج منح</w:t>
      </w:r>
      <w:r w:rsidR="00653370" w:rsidRPr="006D76BF">
        <w:rPr>
          <w:b/>
          <w:color w:val="1F2933"/>
          <w:sz w:val="22"/>
          <w:szCs w:val="28"/>
          <w:rtl/>
        </w:rPr>
        <w:t xml:space="preserve"> القدس – المرحلة الرابعة</w:t>
      </w:r>
    </w:p>
    <w:p w14:paraId="08F812B6" w14:textId="77777777" w:rsidR="00F81B57" w:rsidRDefault="00F81B57" w:rsidP="00F81B57">
      <w:pPr>
        <w:keepNext/>
        <w:bidi/>
        <w:spacing w:after="40"/>
        <w:jc w:val="center"/>
      </w:pPr>
    </w:p>
    <w:tbl>
      <w:tblPr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0401"/>
      </w:tblGrid>
      <w:tr w:rsidR="007640C1" w14:paraId="6AEF062D" w14:textId="77777777">
        <w:trPr>
          <w:jc w:val="center"/>
        </w:trPr>
        <w:tc>
          <w:tcPr>
            <w:tcW w:w="10411" w:type="dxa"/>
            <w:tcBorders>
              <w:top w:val="single" w:sz="4" w:space="0" w:color="C6B765"/>
              <w:left w:val="single" w:sz="4" w:space="0" w:color="C6B765"/>
              <w:bottom w:val="single" w:sz="4" w:space="0" w:color="C6B765"/>
              <w:right w:val="single" w:sz="4" w:space="0" w:color="C6B765"/>
            </w:tcBorders>
            <w:shd w:val="clear" w:color="auto" w:fill="EAF2F8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BF4019F" w14:textId="5A241C48" w:rsidR="007640C1" w:rsidRDefault="00653370" w:rsidP="00F81B57">
            <w:pPr>
              <w:bidi/>
              <w:jc w:val="both"/>
            </w:pPr>
            <w:r>
              <w:rPr>
                <w:b/>
                <w:color w:val="173E69"/>
                <w:sz w:val="16"/>
                <w:rtl/>
              </w:rPr>
              <w:t xml:space="preserve">كيفية التعبئة: </w:t>
            </w:r>
            <w:r w:rsidRPr="00700592">
              <w:rPr>
                <w:color w:val="1F2933"/>
                <w:sz w:val="20"/>
                <w:szCs w:val="20"/>
                <w:rtl/>
              </w:rPr>
              <w:t xml:space="preserve">يُرجى تقديم إجابات قصيرة وعملية. أكمل فقط الحقول ذات الصلة بنوع مقدم الطلب. ينبغي أن تستخدم المؤسسات الصغيرة والمتوسطة أرقام </w:t>
            </w:r>
            <w:r w:rsidR="00F81B57" w:rsidRPr="00700592">
              <w:rPr>
                <w:rFonts w:hint="cs"/>
                <w:color w:val="1F2933"/>
                <w:sz w:val="20"/>
                <w:szCs w:val="20"/>
                <w:rtl/>
              </w:rPr>
              <w:t>الدخل التجاري،</w:t>
            </w:r>
            <w:r w:rsidRPr="00700592">
              <w:rPr>
                <w:color w:val="1F2933"/>
                <w:sz w:val="20"/>
                <w:szCs w:val="20"/>
                <w:rtl/>
              </w:rPr>
              <w:t xml:space="preserve"> ويجوز للمنظمات غير الحكومية </w:t>
            </w:r>
            <w:r w:rsidR="00F81B57" w:rsidRPr="00700592">
              <w:rPr>
                <w:rFonts w:hint="cs"/>
                <w:color w:val="1F2933"/>
                <w:sz w:val="20"/>
                <w:szCs w:val="20"/>
                <w:rtl/>
              </w:rPr>
              <w:t>إ</w:t>
            </w:r>
            <w:r w:rsidRPr="00700592">
              <w:rPr>
                <w:color w:val="1F2933"/>
                <w:sz w:val="20"/>
                <w:szCs w:val="20"/>
                <w:rtl/>
              </w:rPr>
              <w:t>ستخدام الدخل المكتسب، ومدى الوصول إلى الخدمة، والوفورات في التكاليف، ومؤشرات ا</w:t>
            </w:r>
            <w:r w:rsidR="00F81B57" w:rsidRPr="00700592">
              <w:rPr>
                <w:rFonts w:hint="cs"/>
                <w:color w:val="1F2933"/>
                <w:sz w:val="20"/>
                <w:szCs w:val="20"/>
                <w:rtl/>
              </w:rPr>
              <w:t>لإ</w:t>
            </w:r>
            <w:r w:rsidRPr="00700592">
              <w:rPr>
                <w:color w:val="1F2933"/>
                <w:sz w:val="20"/>
                <w:szCs w:val="20"/>
                <w:rtl/>
              </w:rPr>
              <w:t>عتماد على الجهات المانحة. يُرجى إرفاق الأدلة</w:t>
            </w:r>
            <w:r w:rsidR="00700592">
              <w:rPr>
                <w:rFonts w:hint="cs"/>
                <w:color w:val="1F2933"/>
                <w:sz w:val="20"/>
                <w:szCs w:val="20"/>
                <w:rtl/>
              </w:rPr>
              <w:t xml:space="preserve"> </w:t>
            </w:r>
            <w:r w:rsidR="00032C86">
              <w:rPr>
                <w:rFonts w:hint="cs"/>
                <w:color w:val="1F2933"/>
                <w:sz w:val="20"/>
                <w:szCs w:val="20"/>
                <w:rtl/>
              </w:rPr>
              <w:t>والوثائق</w:t>
            </w:r>
            <w:r w:rsidRPr="00700592">
              <w:rPr>
                <w:color w:val="1F2933"/>
                <w:sz w:val="20"/>
                <w:szCs w:val="20"/>
                <w:rtl/>
              </w:rPr>
              <w:t xml:space="preserve"> بدلاً من تكرارها في النموذج.</w:t>
            </w:r>
          </w:p>
        </w:tc>
      </w:tr>
    </w:tbl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3340"/>
        <w:gridCol w:w="1800"/>
        <w:gridCol w:w="3384"/>
      </w:tblGrid>
      <w:tr w:rsidR="007640C1" w14:paraId="791F2C2F" w14:textId="77777777">
        <w:trPr>
          <w:cantSplit/>
          <w:trHeight w:val="310"/>
          <w:jc w:val="center"/>
        </w:trPr>
        <w:tc>
          <w:tcPr>
            <w:tcW w:w="180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CCEF3F" w14:textId="647D36EB" w:rsidR="007640C1" w:rsidRDefault="00653370" w:rsidP="00F81B57">
            <w:pPr>
              <w:bidi/>
            </w:pPr>
            <w:r>
              <w:rPr>
                <w:b/>
                <w:color w:val="1F2933"/>
                <w:sz w:val="16"/>
                <w:rtl/>
              </w:rPr>
              <w:t>ا</w:t>
            </w:r>
            <w:r w:rsidR="00F81B57">
              <w:rPr>
                <w:rFonts w:hint="cs"/>
                <w:b/>
                <w:color w:val="1F2933"/>
                <w:sz w:val="16"/>
                <w:rtl/>
              </w:rPr>
              <w:t>لإ</w:t>
            </w:r>
            <w:r>
              <w:rPr>
                <w:b/>
                <w:color w:val="1F2933"/>
                <w:sz w:val="16"/>
                <w:rtl/>
              </w:rPr>
              <w:t>سم القانوني لمقدم الطلب</w:t>
            </w:r>
          </w:p>
        </w:tc>
        <w:tc>
          <w:tcPr>
            <w:tcW w:w="334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7032A50" w14:textId="77777777" w:rsidR="007640C1" w:rsidRDefault="007640C1" w:rsidP="00F81B57">
            <w:pPr>
              <w:bidi/>
            </w:pPr>
          </w:p>
        </w:tc>
        <w:tc>
          <w:tcPr>
            <w:tcW w:w="180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7B2497" w14:textId="77777777" w:rsidR="007640C1" w:rsidRDefault="00653370" w:rsidP="00F81B57">
            <w:pPr>
              <w:bidi/>
            </w:pPr>
            <w:r>
              <w:rPr>
                <w:b/>
                <w:color w:val="1F2933"/>
                <w:sz w:val="16"/>
                <w:rtl/>
              </w:rPr>
              <w:t>نوع مقدم الطلب</w:t>
            </w:r>
          </w:p>
        </w:tc>
        <w:tc>
          <w:tcPr>
            <w:tcW w:w="338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351ED58" w14:textId="77777777" w:rsidR="00F81B57" w:rsidRDefault="00653370" w:rsidP="00F81B57">
            <w:pPr>
              <w:bidi/>
              <w:rPr>
                <w:color w:val="1F2933"/>
                <w:sz w:val="16"/>
                <w:rtl/>
              </w:rPr>
            </w:pPr>
            <w:r>
              <w:rPr>
                <w:color w:val="1F2933"/>
                <w:sz w:val="16"/>
                <w:rtl/>
              </w:rPr>
              <w:t xml:space="preserve">[ ] مؤسسة صغيرة أو متوسطة قائمة   </w:t>
            </w:r>
          </w:p>
          <w:p w14:paraId="7B3A9141" w14:textId="77777777" w:rsidR="00F81B57" w:rsidRDefault="00653370" w:rsidP="00F81B57">
            <w:pPr>
              <w:bidi/>
              <w:rPr>
                <w:color w:val="1F2933"/>
                <w:sz w:val="16"/>
                <w:rtl/>
              </w:rPr>
            </w:pPr>
            <w:r>
              <w:rPr>
                <w:color w:val="1F2933"/>
                <w:sz w:val="16"/>
                <w:rtl/>
              </w:rPr>
              <w:t xml:space="preserve">[ ] مشروع ناشئ   [ ] منظمة غير حكومية   </w:t>
            </w:r>
          </w:p>
          <w:p w14:paraId="1237936B" w14:textId="390B2295" w:rsidR="007640C1" w:rsidRDefault="00653370" w:rsidP="00F81B57">
            <w:pPr>
              <w:bidi/>
            </w:pPr>
            <w:r>
              <w:rPr>
                <w:color w:val="1F2933"/>
                <w:sz w:val="16"/>
                <w:rtl/>
              </w:rPr>
              <w:t>[ ] مؤسسة دينية</w:t>
            </w:r>
          </w:p>
        </w:tc>
      </w:tr>
      <w:tr w:rsidR="007640C1" w14:paraId="5BC5E15C" w14:textId="77777777">
        <w:trPr>
          <w:cantSplit/>
          <w:trHeight w:val="310"/>
          <w:jc w:val="center"/>
        </w:trPr>
        <w:tc>
          <w:tcPr>
            <w:tcW w:w="180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EF0FBE" w14:textId="77777777" w:rsidR="007640C1" w:rsidRDefault="00653370" w:rsidP="00F81B57">
            <w:pPr>
              <w:bidi/>
            </w:pPr>
            <w:r>
              <w:rPr>
                <w:b/>
                <w:color w:val="1F2933"/>
                <w:sz w:val="16"/>
                <w:rtl/>
              </w:rPr>
              <w:t>عنوان التدخل</w:t>
            </w:r>
          </w:p>
        </w:tc>
        <w:tc>
          <w:tcPr>
            <w:tcW w:w="334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D3BD1D9" w14:textId="77777777" w:rsidR="007640C1" w:rsidRDefault="007640C1" w:rsidP="00F81B57">
            <w:pPr>
              <w:bidi/>
            </w:pPr>
          </w:p>
        </w:tc>
        <w:tc>
          <w:tcPr>
            <w:tcW w:w="180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EE6C43" w14:textId="77777777" w:rsidR="007640C1" w:rsidRDefault="00653370" w:rsidP="00F81B57">
            <w:pPr>
              <w:bidi/>
            </w:pPr>
            <w:r>
              <w:rPr>
                <w:b/>
                <w:color w:val="1F2933"/>
                <w:sz w:val="16"/>
                <w:rtl/>
              </w:rPr>
              <w:t>أُعدّ بواسطة / التاريخ</w:t>
            </w:r>
          </w:p>
        </w:tc>
        <w:tc>
          <w:tcPr>
            <w:tcW w:w="338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7BC3EE7" w14:textId="77777777" w:rsidR="007640C1" w:rsidRDefault="007640C1" w:rsidP="00F81B57">
            <w:pPr>
              <w:bidi/>
            </w:pPr>
          </w:p>
        </w:tc>
      </w:tr>
      <w:tr w:rsidR="007640C1" w14:paraId="467C2BF0" w14:textId="77777777">
        <w:trPr>
          <w:cantSplit/>
          <w:trHeight w:val="310"/>
          <w:jc w:val="center"/>
        </w:trPr>
        <w:tc>
          <w:tcPr>
            <w:tcW w:w="180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635E2A" w14:textId="77777777" w:rsidR="007640C1" w:rsidRDefault="00653370" w:rsidP="00F81B57">
            <w:pPr>
              <w:bidi/>
            </w:pPr>
            <w:r>
              <w:rPr>
                <w:b/>
                <w:color w:val="1F2933"/>
                <w:sz w:val="16"/>
                <w:rtl/>
              </w:rPr>
              <w:t>إجمالي تكلفة التدخل</w:t>
            </w:r>
          </w:p>
        </w:tc>
        <w:tc>
          <w:tcPr>
            <w:tcW w:w="334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C203FA1" w14:textId="77777777" w:rsidR="007640C1" w:rsidRDefault="00653370" w:rsidP="00F81B57">
            <w:pPr>
              <w:bidi/>
            </w:pPr>
            <w:r>
              <w:rPr>
                <w:color w:val="1F2933"/>
                <w:sz w:val="16"/>
                <w:rtl/>
              </w:rPr>
              <w:t>يورو ____________________</w:t>
            </w:r>
          </w:p>
        </w:tc>
        <w:tc>
          <w:tcPr>
            <w:tcW w:w="180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C36038B" w14:textId="77777777" w:rsidR="007640C1" w:rsidRDefault="00653370" w:rsidP="00F81B57">
            <w:pPr>
              <w:bidi/>
            </w:pPr>
            <w:r>
              <w:rPr>
                <w:b/>
                <w:color w:val="1F2933"/>
                <w:sz w:val="16"/>
                <w:rtl/>
              </w:rPr>
              <w:t>المنحة المطلوبة</w:t>
            </w:r>
          </w:p>
        </w:tc>
        <w:tc>
          <w:tcPr>
            <w:tcW w:w="338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32AF4F" w14:textId="77777777" w:rsidR="007640C1" w:rsidRDefault="00653370" w:rsidP="00F81B57">
            <w:pPr>
              <w:bidi/>
            </w:pPr>
            <w:r>
              <w:rPr>
                <w:color w:val="1F2933"/>
                <w:sz w:val="16"/>
                <w:rtl/>
              </w:rPr>
              <w:t>يورو ____________________</w:t>
            </w:r>
          </w:p>
        </w:tc>
      </w:tr>
      <w:tr w:rsidR="007640C1" w14:paraId="3BF7803C" w14:textId="77777777">
        <w:trPr>
          <w:cantSplit/>
          <w:trHeight w:val="310"/>
          <w:jc w:val="center"/>
        </w:trPr>
        <w:tc>
          <w:tcPr>
            <w:tcW w:w="180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4AE5F8B" w14:textId="77777777" w:rsidR="007640C1" w:rsidRDefault="00653370" w:rsidP="00F81B57">
            <w:pPr>
              <w:bidi/>
            </w:pPr>
            <w:r>
              <w:rPr>
                <w:b/>
                <w:color w:val="1F2933"/>
                <w:sz w:val="16"/>
                <w:rtl/>
              </w:rPr>
              <w:t>مساهمة مقدم الطلب</w:t>
            </w:r>
          </w:p>
        </w:tc>
        <w:tc>
          <w:tcPr>
            <w:tcW w:w="334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942AAA" w14:textId="77777777" w:rsidR="007640C1" w:rsidRDefault="00653370" w:rsidP="00F81B57">
            <w:pPr>
              <w:bidi/>
            </w:pPr>
            <w:r>
              <w:rPr>
                <w:color w:val="1F2933"/>
                <w:sz w:val="16"/>
                <w:rtl/>
              </w:rPr>
              <w:t>يورو ____________________</w:t>
            </w:r>
          </w:p>
        </w:tc>
        <w:tc>
          <w:tcPr>
            <w:tcW w:w="180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35AD6C" w14:textId="77777777" w:rsidR="007640C1" w:rsidRDefault="00653370" w:rsidP="00F81B57">
            <w:pPr>
              <w:bidi/>
            </w:pPr>
            <w:r>
              <w:rPr>
                <w:b/>
                <w:color w:val="1F2933"/>
                <w:sz w:val="16"/>
                <w:rtl/>
              </w:rPr>
              <w:t>مدة التنفيذ</w:t>
            </w:r>
          </w:p>
        </w:tc>
        <w:tc>
          <w:tcPr>
            <w:tcW w:w="338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94AF721" w14:textId="58FFEDB3" w:rsidR="007640C1" w:rsidRDefault="00542AD7" w:rsidP="00F81B57">
            <w:pPr>
              <w:bidi/>
            </w:pPr>
            <w:r>
              <w:rPr>
                <w:color w:val="1F2933"/>
                <w:sz w:val="16"/>
                <w:rtl/>
              </w:rPr>
              <w:t>عدد الأشهر:</w:t>
            </w:r>
            <w:r w:rsidR="00700592">
              <w:rPr>
                <w:rFonts w:hint="cs"/>
                <w:color w:val="1F2933"/>
                <w:sz w:val="16"/>
                <w:rtl/>
              </w:rPr>
              <w:t xml:space="preserve"> _________________</w:t>
            </w:r>
          </w:p>
        </w:tc>
      </w:tr>
    </w:tbl>
    <w:p w14:paraId="20FF5012" w14:textId="07B24E8B" w:rsidR="007640C1" w:rsidRPr="00D7493A" w:rsidRDefault="00653370">
      <w:pPr>
        <w:keepNext/>
        <w:bidi/>
        <w:spacing w:before="80" w:after="40"/>
        <w:rPr>
          <w:sz w:val="16"/>
          <w:szCs w:val="20"/>
        </w:rPr>
      </w:pPr>
      <w:r>
        <w:rPr>
          <w:b/>
          <w:color w:val="173E69"/>
          <w:sz w:val="26"/>
          <w:rtl/>
        </w:rPr>
        <w:t>1. الملخص التنفيذي</w:t>
      </w:r>
      <w:r>
        <w:rPr>
          <w:i/>
          <w:color w:val="6B7280"/>
          <w:sz w:val="15"/>
          <w:rtl/>
        </w:rPr>
        <w:t xml:space="preserve">  |  </w:t>
      </w:r>
      <w:r w:rsidRPr="00D7493A">
        <w:rPr>
          <w:i/>
          <w:color w:val="6B7280"/>
          <w:sz w:val="13"/>
          <w:szCs w:val="20"/>
          <w:rtl/>
        </w:rPr>
        <w:t>محور التقييم: الملا</w:t>
      </w:r>
      <w:r w:rsidR="007960CB" w:rsidRPr="00D7493A">
        <w:rPr>
          <w:rFonts w:hint="cs"/>
          <w:i/>
          <w:color w:val="6B7280"/>
          <w:sz w:val="13"/>
          <w:szCs w:val="20"/>
          <w:rtl/>
        </w:rPr>
        <w:t>ئمة</w:t>
      </w:r>
      <w:r w:rsidRPr="00D7493A">
        <w:rPr>
          <w:i/>
          <w:color w:val="6B7280"/>
          <w:sz w:val="13"/>
          <w:szCs w:val="20"/>
          <w:rtl/>
        </w:rPr>
        <w:t xml:space="preserve"> العامة والجدوى والأثر</w:t>
      </w:r>
    </w:p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11"/>
      </w:tblGrid>
      <w:tr w:rsidR="007640C1" w14:paraId="09DEA54F" w14:textId="77777777">
        <w:trPr>
          <w:cantSplit/>
          <w:trHeight w:val="1450"/>
          <w:jc w:val="center"/>
        </w:trPr>
        <w:tc>
          <w:tcPr>
            <w:tcW w:w="10411" w:type="dxa"/>
            <w:tcBorders>
              <w:top w:val="single" w:sz="5" w:space="0" w:color="AAB6C3"/>
              <w:left w:val="single" w:sz="5" w:space="0" w:color="AAB6C3"/>
              <w:bottom w:val="single" w:sz="5" w:space="0" w:color="AAB6C3"/>
              <w:right w:val="single" w:sz="5" w:space="0" w:color="AAB6C3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7DAF86F2" w14:textId="0576604D" w:rsidR="007640C1" w:rsidRDefault="00653370" w:rsidP="006D1B23">
            <w:pPr>
              <w:bidi/>
            </w:pPr>
            <w:r>
              <w:rPr>
                <w:b/>
                <w:color w:val="2B5D8A"/>
                <w:rtl/>
              </w:rPr>
              <w:t xml:space="preserve">لخّص </w:t>
            </w:r>
            <w:r w:rsidR="006D1B23">
              <w:rPr>
                <w:rFonts w:hint="cs"/>
                <w:b/>
                <w:color w:val="2B5D8A"/>
                <w:rtl/>
              </w:rPr>
              <w:t xml:space="preserve">معلمومات </w:t>
            </w:r>
            <w:r>
              <w:rPr>
                <w:b/>
                <w:color w:val="2B5D8A"/>
                <w:rtl/>
              </w:rPr>
              <w:t>مقدم الطلب ومقترح</w:t>
            </w:r>
            <w:r w:rsidR="006D1B23">
              <w:rPr>
                <w:rFonts w:hint="cs"/>
                <w:b/>
                <w:color w:val="2B5D8A"/>
                <w:rtl/>
              </w:rPr>
              <w:t xml:space="preserve"> المشروع</w:t>
            </w:r>
            <w:r>
              <w:rPr>
                <w:b/>
                <w:color w:val="2B5D8A"/>
                <w:rtl/>
              </w:rPr>
              <w:t xml:space="preserve"> في صفحة واحدة كحد أقصى.</w:t>
            </w:r>
          </w:p>
          <w:p w14:paraId="51D8EBE6" w14:textId="2BF7228E" w:rsidR="007640C1" w:rsidRDefault="00653370" w:rsidP="006D1B23">
            <w:pPr>
              <w:bidi/>
              <w:spacing w:before="20"/>
            </w:pPr>
            <w:r>
              <w:rPr>
                <w:i/>
                <w:color w:val="666666"/>
                <w:sz w:val="15"/>
                <w:rtl/>
              </w:rPr>
              <w:t xml:space="preserve">يشمل ذلك: </w:t>
            </w:r>
            <w:r w:rsidRPr="007960CB">
              <w:rPr>
                <w:i/>
                <w:color w:val="666666"/>
                <w:sz w:val="20"/>
                <w:szCs w:val="20"/>
                <w:rtl/>
              </w:rPr>
              <w:t>طبيعة عمل مقدم الطلب، والمشكلة أو الفرصة الرئيسية، وا</w:t>
            </w:r>
            <w:r w:rsidR="006D1B23" w:rsidRPr="007960CB">
              <w:rPr>
                <w:rFonts w:hint="cs"/>
                <w:i/>
                <w:color w:val="666666"/>
                <w:sz w:val="20"/>
                <w:szCs w:val="20"/>
                <w:rtl/>
              </w:rPr>
              <w:t>لإ</w:t>
            </w:r>
            <w:r w:rsidRPr="007960CB">
              <w:rPr>
                <w:i/>
                <w:color w:val="666666"/>
                <w:sz w:val="20"/>
                <w:szCs w:val="20"/>
                <w:rtl/>
              </w:rPr>
              <w:t>ستثمار المقترح، والتكلفة الإجمالية، والمنحة المطلوبة، ومساهمة مقدم الطلب، والنتائج المالية أو الخدم</w:t>
            </w:r>
            <w:r w:rsidR="003839D0">
              <w:rPr>
                <w:rFonts w:hint="cs"/>
                <w:i/>
                <w:color w:val="666666"/>
                <w:sz w:val="20"/>
                <w:szCs w:val="20"/>
                <w:rtl/>
              </w:rPr>
              <w:t>اتية</w:t>
            </w:r>
            <w:r w:rsidRPr="007960CB">
              <w:rPr>
                <w:i/>
                <w:color w:val="666666"/>
                <w:sz w:val="20"/>
                <w:szCs w:val="20"/>
                <w:rtl/>
              </w:rPr>
              <w:t xml:space="preserve"> المتوقعة، وفرص العمل المستحدثة بعد المنحة، وكيفية </w:t>
            </w:r>
            <w:r w:rsidR="002633DB">
              <w:rPr>
                <w:rFonts w:hint="cs"/>
                <w:i/>
                <w:color w:val="666666"/>
                <w:sz w:val="20"/>
                <w:szCs w:val="20"/>
                <w:rtl/>
              </w:rPr>
              <w:t>ا</w:t>
            </w:r>
            <w:r w:rsidRPr="007960CB">
              <w:rPr>
                <w:i/>
                <w:color w:val="666666"/>
                <w:sz w:val="20"/>
                <w:szCs w:val="20"/>
                <w:rtl/>
              </w:rPr>
              <w:t xml:space="preserve">ستمرار النتائج بعد </w:t>
            </w:r>
            <w:r w:rsidR="006D1B23" w:rsidRPr="007960CB">
              <w:rPr>
                <w:rFonts w:hint="cs"/>
                <w:i/>
                <w:color w:val="666666"/>
                <w:sz w:val="20"/>
                <w:szCs w:val="20"/>
                <w:rtl/>
              </w:rPr>
              <w:t>إ</w:t>
            </w:r>
            <w:r w:rsidRPr="007960CB">
              <w:rPr>
                <w:i/>
                <w:color w:val="666666"/>
                <w:sz w:val="20"/>
                <w:szCs w:val="20"/>
                <w:rtl/>
              </w:rPr>
              <w:t>نتهاء المنحة.</w:t>
            </w:r>
          </w:p>
        </w:tc>
      </w:tr>
    </w:tbl>
    <w:p w14:paraId="3D787781" w14:textId="77777777" w:rsidR="007640C1" w:rsidRDefault="00653370">
      <w:pPr>
        <w:bidi/>
        <w:spacing w:before="80" w:after="40"/>
      </w:pPr>
      <w:r>
        <w:rPr>
          <w:b/>
          <w:color w:val="173E69"/>
          <w:sz w:val="26"/>
          <w:rtl/>
        </w:rPr>
        <w:t>2. ملف مقدم الطلب والعمليات الحالية</w:t>
      </w:r>
      <w:r>
        <w:rPr>
          <w:i/>
          <w:color w:val="6B7280"/>
          <w:sz w:val="15"/>
          <w:rtl/>
        </w:rPr>
        <w:t xml:space="preserve">  |  </w:t>
      </w:r>
      <w:r w:rsidRPr="00D7493A">
        <w:rPr>
          <w:i/>
          <w:color w:val="6B7280"/>
          <w:sz w:val="13"/>
          <w:szCs w:val="20"/>
          <w:rtl/>
        </w:rPr>
        <w:t>محور التقييم: السجل السابق والقدرة التشغيلية</w:t>
      </w:r>
    </w:p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2951"/>
        <w:gridCol w:w="2088"/>
        <w:gridCol w:w="3140"/>
      </w:tblGrid>
      <w:tr w:rsidR="007640C1" w14:paraId="2A3E718C" w14:textId="77777777">
        <w:trPr>
          <w:cantSplit/>
          <w:trHeight w:val="600"/>
          <w:jc w:val="center"/>
        </w:trPr>
        <w:tc>
          <w:tcPr>
            <w:tcW w:w="10411" w:type="dxa"/>
            <w:gridSpan w:val="4"/>
            <w:tcBorders>
              <w:top w:val="single" w:sz="5" w:space="0" w:color="AAB6C3"/>
              <w:left w:val="single" w:sz="5" w:space="0" w:color="AAB6C3"/>
              <w:bottom w:val="single" w:sz="5" w:space="0" w:color="AAB6C3"/>
              <w:right w:val="single" w:sz="5" w:space="0" w:color="AAB6C3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518D655B" w14:textId="77777777" w:rsidR="007640C1" w:rsidRDefault="00653370" w:rsidP="006D1B23">
            <w:pPr>
              <w:bidi/>
            </w:pPr>
            <w:r>
              <w:rPr>
                <w:b/>
                <w:color w:val="2B5D8A"/>
                <w:rtl/>
              </w:rPr>
              <w:t>2.1 نبذة تاريخية موجزة وطبيعة العمل.</w:t>
            </w:r>
          </w:p>
          <w:p w14:paraId="38763790" w14:textId="59936F8F" w:rsidR="007640C1" w:rsidRDefault="002633DB" w:rsidP="006D1B23">
            <w:pPr>
              <w:bidi/>
              <w:spacing w:before="20"/>
            </w:pPr>
            <w:r>
              <w:rPr>
                <w:rFonts w:hint="cs"/>
                <w:i/>
                <w:color w:val="666666"/>
                <w:sz w:val="13"/>
                <w:szCs w:val="20"/>
                <w:rtl/>
              </w:rPr>
              <w:t>ا</w:t>
            </w:r>
            <w:r w:rsidR="00653370" w:rsidRPr="00937FDF">
              <w:rPr>
                <w:i/>
                <w:color w:val="666666"/>
                <w:sz w:val="13"/>
                <w:szCs w:val="20"/>
                <w:rtl/>
              </w:rPr>
              <w:t>ذكر متى ولماذا بدأت المنشأة/المؤسسة عملها، وغرضها الرئيسي، وأبرز إنجازاتها، وأنشطتها الحالية.</w:t>
            </w:r>
          </w:p>
        </w:tc>
      </w:tr>
      <w:tr w:rsidR="007640C1" w14:paraId="5A9B37A1" w14:textId="77777777">
        <w:trPr>
          <w:cantSplit/>
          <w:tblHeader/>
          <w:jc w:val="center"/>
        </w:trPr>
        <w:tc>
          <w:tcPr>
            <w:tcW w:w="22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896C05B" w14:textId="77777777" w:rsidR="007640C1" w:rsidRDefault="00653370" w:rsidP="006D1B23">
            <w:pPr>
              <w:bidi/>
            </w:pPr>
            <w:r>
              <w:rPr>
                <w:b/>
                <w:color w:val="FFFFFF"/>
                <w:sz w:val="14"/>
                <w:rtl/>
              </w:rPr>
              <w:t>المنتج / الخدمة / البرنامج</w:t>
            </w:r>
          </w:p>
        </w:tc>
        <w:tc>
          <w:tcPr>
            <w:tcW w:w="295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5E3B41" w14:textId="77777777" w:rsidR="007640C1" w:rsidRDefault="00653370" w:rsidP="006D1B23">
            <w:pPr>
              <w:bidi/>
            </w:pPr>
            <w:r>
              <w:rPr>
                <w:b/>
                <w:color w:val="FFFFFF"/>
                <w:sz w:val="14"/>
                <w:rtl/>
              </w:rPr>
              <w:t>السوق أو العملاء أو المستفيدون الرئيسيون</w:t>
            </w:r>
          </w:p>
        </w:tc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C13D812" w14:textId="18480B93" w:rsidR="007640C1" w:rsidRDefault="00653370" w:rsidP="006D1B23">
            <w:pPr>
              <w:bidi/>
            </w:pPr>
            <w:r>
              <w:rPr>
                <w:b/>
                <w:color w:val="FFFFFF"/>
                <w:sz w:val="14"/>
                <w:rtl/>
              </w:rPr>
              <w:t>المبيعات السنوية الحالية / مدى الوصول</w:t>
            </w:r>
          </w:p>
        </w:tc>
        <w:tc>
          <w:tcPr>
            <w:tcW w:w="31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05511DF" w14:textId="77777777" w:rsidR="007640C1" w:rsidRDefault="00653370" w:rsidP="006D1B23">
            <w:pPr>
              <w:bidi/>
            </w:pPr>
            <w:r>
              <w:rPr>
                <w:b/>
                <w:color w:val="FFFFFF"/>
                <w:sz w:val="14"/>
                <w:rtl/>
              </w:rPr>
              <w:t>سبب النجاح / الميزة التنافسية</w:t>
            </w:r>
          </w:p>
        </w:tc>
      </w:tr>
      <w:tr w:rsidR="007640C1" w14:paraId="5DE78873" w14:textId="77777777">
        <w:trPr>
          <w:cantSplit/>
          <w:trHeight w:val="330"/>
          <w:jc w:val="center"/>
        </w:trPr>
        <w:tc>
          <w:tcPr>
            <w:tcW w:w="22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B20E5C" w14:textId="77777777" w:rsidR="007640C1" w:rsidRDefault="007640C1"/>
        </w:tc>
        <w:tc>
          <w:tcPr>
            <w:tcW w:w="295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CDD8C61" w14:textId="77777777" w:rsidR="007640C1" w:rsidRDefault="007640C1"/>
        </w:tc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A5F3E7B" w14:textId="77777777" w:rsidR="007640C1" w:rsidRDefault="007640C1"/>
        </w:tc>
        <w:tc>
          <w:tcPr>
            <w:tcW w:w="31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ECB4F9" w14:textId="77777777" w:rsidR="007640C1" w:rsidRDefault="007640C1"/>
        </w:tc>
      </w:tr>
      <w:tr w:rsidR="007640C1" w14:paraId="4DBA1EA9" w14:textId="77777777">
        <w:trPr>
          <w:cantSplit/>
          <w:trHeight w:val="330"/>
          <w:jc w:val="center"/>
        </w:trPr>
        <w:tc>
          <w:tcPr>
            <w:tcW w:w="22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6A955F" w14:textId="77777777" w:rsidR="007640C1" w:rsidRDefault="007640C1"/>
        </w:tc>
        <w:tc>
          <w:tcPr>
            <w:tcW w:w="295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1F11F14" w14:textId="77777777" w:rsidR="007640C1" w:rsidRDefault="007640C1"/>
        </w:tc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A41F344" w14:textId="77777777" w:rsidR="007640C1" w:rsidRDefault="007640C1"/>
        </w:tc>
        <w:tc>
          <w:tcPr>
            <w:tcW w:w="31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F1E6FF6" w14:textId="77777777" w:rsidR="007640C1" w:rsidRDefault="007640C1"/>
        </w:tc>
      </w:tr>
      <w:tr w:rsidR="007640C1" w14:paraId="68B9612E" w14:textId="77777777">
        <w:trPr>
          <w:cantSplit/>
          <w:trHeight w:val="330"/>
          <w:jc w:val="center"/>
        </w:trPr>
        <w:tc>
          <w:tcPr>
            <w:tcW w:w="22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837219E" w14:textId="77777777" w:rsidR="007640C1" w:rsidRDefault="007640C1"/>
        </w:tc>
        <w:tc>
          <w:tcPr>
            <w:tcW w:w="295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119DA3" w14:textId="77777777" w:rsidR="007640C1" w:rsidRDefault="007640C1"/>
        </w:tc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CD95E25" w14:textId="77777777" w:rsidR="007640C1" w:rsidRDefault="007640C1"/>
        </w:tc>
        <w:tc>
          <w:tcPr>
            <w:tcW w:w="31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9FD6285" w14:textId="77777777" w:rsidR="007640C1" w:rsidRDefault="007640C1"/>
        </w:tc>
      </w:tr>
      <w:tr w:rsidR="007640C1" w14:paraId="270FCE41" w14:textId="77777777">
        <w:trPr>
          <w:cantSplit/>
          <w:trHeight w:val="330"/>
          <w:jc w:val="center"/>
        </w:trPr>
        <w:tc>
          <w:tcPr>
            <w:tcW w:w="22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AD20BE3" w14:textId="77777777" w:rsidR="007640C1" w:rsidRDefault="007640C1"/>
        </w:tc>
        <w:tc>
          <w:tcPr>
            <w:tcW w:w="295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1EC5B3" w14:textId="77777777" w:rsidR="007640C1" w:rsidRDefault="007640C1"/>
        </w:tc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9353BF" w14:textId="77777777" w:rsidR="007640C1" w:rsidRDefault="007640C1"/>
        </w:tc>
        <w:tc>
          <w:tcPr>
            <w:tcW w:w="31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900998E" w14:textId="77777777" w:rsidR="007640C1" w:rsidRDefault="007640C1"/>
        </w:tc>
      </w:tr>
    </w:tbl>
    <w:p w14:paraId="24685C39" w14:textId="77777777" w:rsidR="007640C1" w:rsidRDefault="00653370">
      <w:r>
        <w:br w:type="page"/>
      </w:r>
    </w:p>
    <w:p w14:paraId="52A6AA8E" w14:textId="77777777" w:rsidR="007640C1" w:rsidRPr="00CE54A6" w:rsidRDefault="00653370">
      <w:pPr>
        <w:bidi/>
        <w:spacing w:before="80" w:after="40"/>
        <w:rPr>
          <w:sz w:val="16"/>
          <w:szCs w:val="20"/>
        </w:rPr>
      </w:pPr>
      <w:r>
        <w:rPr>
          <w:b/>
          <w:color w:val="173E69"/>
          <w:sz w:val="26"/>
          <w:rtl/>
        </w:rPr>
        <w:lastRenderedPageBreak/>
        <w:t>2.2. المبنى والعمليات والإدارة</w:t>
      </w:r>
      <w:r>
        <w:rPr>
          <w:i/>
          <w:color w:val="6B7280"/>
          <w:sz w:val="15"/>
          <w:rtl/>
        </w:rPr>
        <w:t xml:space="preserve">  |  </w:t>
      </w:r>
      <w:r w:rsidRPr="00CE54A6">
        <w:rPr>
          <w:i/>
          <w:color w:val="6B7280"/>
          <w:sz w:val="13"/>
          <w:szCs w:val="20"/>
          <w:rtl/>
        </w:rPr>
        <w:t>محور التقييم: القدرة والجاهزية وجودة الإدارة</w:t>
      </w:r>
    </w:p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1"/>
        <w:gridCol w:w="7444"/>
      </w:tblGrid>
      <w:tr w:rsidR="007640C1" w14:paraId="319DD788" w14:textId="77777777">
        <w:trPr>
          <w:cantSplit/>
          <w:trHeight w:val="390"/>
          <w:jc w:val="center"/>
        </w:trPr>
        <w:tc>
          <w:tcPr>
            <w:tcW w:w="295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EE9FE19" w14:textId="77777777" w:rsidR="007640C1" w:rsidRDefault="00653370" w:rsidP="008D104C">
            <w:pPr>
              <w:bidi/>
            </w:pPr>
            <w:r>
              <w:rPr>
                <w:b/>
                <w:color w:val="1F2933"/>
                <w:sz w:val="16"/>
                <w:rtl/>
              </w:rPr>
              <w:t>موقع العمل والمبنى</w:t>
            </w:r>
          </w:p>
        </w:tc>
        <w:tc>
          <w:tcPr>
            <w:tcW w:w="744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1C5F03B" w14:textId="4CF3FBA7" w:rsidR="007640C1" w:rsidRDefault="00653370" w:rsidP="008D104C">
            <w:pPr>
              <w:bidi/>
            </w:pPr>
            <w:r>
              <w:rPr>
                <w:i/>
                <w:color w:val="666666"/>
                <w:sz w:val="15"/>
                <w:rtl/>
              </w:rPr>
              <w:t xml:space="preserve">العنوان، وحالة الملكية/الإيجار، والمساحة التقريبية، وكيفية </w:t>
            </w:r>
            <w:r w:rsidR="008D104C">
              <w:rPr>
                <w:rFonts w:hint="cs"/>
                <w:i/>
                <w:color w:val="666666"/>
                <w:sz w:val="15"/>
                <w:rtl/>
              </w:rPr>
              <w:t>إ</w:t>
            </w:r>
            <w:r>
              <w:rPr>
                <w:i/>
                <w:color w:val="666666"/>
                <w:sz w:val="15"/>
                <w:rtl/>
              </w:rPr>
              <w:t>ستخدام المكان.</w:t>
            </w:r>
          </w:p>
        </w:tc>
      </w:tr>
      <w:tr w:rsidR="007640C1" w14:paraId="6E32979B" w14:textId="77777777">
        <w:trPr>
          <w:cantSplit/>
          <w:trHeight w:val="390"/>
          <w:jc w:val="center"/>
        </w:trPr>
        <w:tc>
          <w:tcPr>
            <w:tcW w:w="295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625CEB" w14:textId="77777777" w:rsidR="007640C1" w:rsidRDefault="00653370" w:rsidP="008D104C">
            <w:pPr>
              <w:bidi/>
            </w:pPr>
            <w:r>
              <w:rPr>
                <w:b/>
                <w:color w:val="1F2933"/>
                <w:sz w:val="16"/>
                <w:rtl/>
              </w:rPr>
              <w:t>المعدات والأنظمة الرئيسية</w:t>
            </w:r>
          </w:p>
        </w:tc>
        <w:tc>
          <w:tcPr>
            <w:tcW w:w="744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B93550C" w14:textId="77777777" w:rsidR="007640C1" w:rsidRDefault="00653370" w:rsidP="008D104C">
            <w:pPr>
              <w:bidi/>
            </w:pPr>
            <w:r>
              <w:rPr>
                <w:i/>
                <w:color w:val="666666"/>
                <w:sz w:val="15"/>
                <w:rtl/>
              </w:rPr>
              <w:t>اذكر أبرز المعدات وخطوط الإنتاج والأنظمة الرقمية أو الإدارية المستخدمة حاليًا.</w:t>
            </w:r>
          </w:p>
        </w:tc>
      </w:tr>
      <w:tr w:rsidR="007640C1" w14:paraId="1C1E33E0" w14:textId="77777777">
        <w:trPr>
          <w:cantSplit/>
          <w:trHeight w:val="390"/>
          <w:jc w:val="center"/>
        </w:trPr>
        <w:tc>
          <w:tcPr>
            <w:tcW w:w="295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EF04E1" w14:textId="77777777" w:rsidR="007640C1" w:rsidRDefault="00653370" w:rsidP="008D104C">
            <w:pPr>
              <w:bidi/>
            </w:pPr>
            <w:r>
              <w:rPr>
                <w:b/>
                <w:color w:val="1F2933"/>
                <w:sz w:val="16"/>
                <w:rtl/>
              </w:rPr>
              <w:t>الطاقة الإنتاجية / طاقة تقديم الخدمة الحالية</w:t>
            </w:r>
          </w:p>
        </w:tc>
        <w:tc>
          <w:tcPr>
            <w:tcW w:w="744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D9AF10C" w14:textId="1189EDF1" w:rsidR="007640C1" w:rsidRDefault="008D104C" w:rsidP="008D104C">
            <w:pPr>
              <w:bidi/>
            </w:pPr>
            <w:r>
              <w:rPr>
                <w:rFonts w:hint="cs"/>
                <w:i/>
                <w:color w:val="666666"/>
                <w:sz w:val="15"/>
                <w:rtl/>
              </w:rPr>
              <w:t>أ</w:t>
            </w:r>
            <w:r w:rsidR="00653370">
              <w:rPr>
                <w:i/>
                <w:color w:val="666666"/>
                <w:sz w:val="15"/>
                <w:rtl/>
              </w:rPr>
              <w:t xml:space="preserve">ذكر الإنتاج الحالي، وساعات العمل، ومعدل </w:t>
            </w:r>
            <w:r w:rsidR="003839D0">
              <w:rPr>
                <w:rFonts w:hint="cs"/>
                <w:i/>
                <w:color w:val="666666"/>
                <w:sz w:val="15"/>
                <w:rtl/>
              </w:rPr>
              <w:t>الاستغلال</w:t>
            </w:r>
            <w:r w:rsidR="00653370">
              <w:rPr>
                <w:i/>
                <w:color w:val="666666"/>
                <w:sz w:val="15"/>
                <w:rtl/>
              </w:rPr>
              <w:t>، وقائمة ا</w:t>
            </w:r>
            <w:r>
              <w:rPr>
                <w:rFonts w:hint="cs"/>
                <w:i/>
                <w:color w:val="666666"/>
                <w:sz w:val="15"/>
                <w:rtl/>
              </w:rPr>
              <w:t>لإ</w:t>
            </w:r>
            <w:r w:rsidR="00653370">
              <w:rPr>
                <w:i/>
                <w:color w:val="666666"/>
                <w:sz w:val="15"/>
                <w:rtl/>
              </w:rPr>
              <w:t>نتظار أو مدى الوصول إلى المستفيدين.</w:t>
            </w:r>
          </w:p>
        </w:tc>
      </w:tr>
      <w:tr w:rsidR="007640C1" w14:paraId="2F7BE56C" w14:textId="77777777">
        <w:trPr>
          <w:cantSplit/>
          <w:trHeight w:val="390"/>
          <w:jc w:val="center"/>
        </w:trPr>
        <w:tc>
          <w:tcPr>
            <w:tcW w:w="295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DB8DC09" w14:textId="7706CD85" w:rsidR="007640C1" w:rsidRDefault="003839D0" w:rsidP="008D104C">
            <w:pPr>
              <w:bidi/>
            </w:pPr>
            <w:r>
              <w:rPr>
                <w:rFonts w:hint="cs"/>
                <w:b/>
                <w:color w:val="1F2933"/>
                <w:sz w:val="16"/>
                <w:rtl/>
              </w:rPr>
              <w:t>إ</w:t>
            </w:r>
            <w:r w:rsidR="00653370">
              <w:rPr>
                <w:b/>
                <w:color w:val="1F2933"/>
                <w:sz w:val="16"/>
                <w:rtl/>
              </w:rPr>
              <w:t>ستخدام الطاقة الحالي</w:t>
            </w:r>
          </w:p>
        </w:tc>
        <w:tc>
          <w:tcPr>
            <w:tcW w:w="744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7DE1FEF" w14:textId="6C878473" w:rsidR="007640C1" w:rsidRDefault="00653370" w:rsidP="008D104C">
            <w:pPr>
              <w:bidi/>
            </w:pPr>
            <w:r>
              <w:rPr>
                <w:i/>
                <w:color w:val="666666"/>
                <w:sz w:val="15"/>
                <w:rtl/>
              </w:rPr>
              <w:t xml:space="preserve">المصدر الرئيسي، ومتوسط </w:t>
            </w:r>
            <w:r w:rsidR="003839D0">
              <w:rPr>
                <w:rFonts w:hint="cs"/>
                <w:i/>
                <w:color w:val="666666"/>
                <w:sz w:val="15"/>
                <w:rtl/>
              </w:rPr>
              <w:t>الاستهلاك</w:t>
            </w:r>
            <w:r>
              <w:rPr>
                <w:i/>
                <w:color w:val="666666"/>
                <w:sz w:val="15"/>
                <w:rtl/>
              </w:rPr>
              <w:t xml:space="preserve"> أو التكلفة الشهرية، وأي مشكلة رئيسية تتعلق بكفاءة </w:t>
            </w:r>
            <w:r w:rsidR="008D104C">
              <w:rPr>
                <w:rFonts w:hint="cs"/>
                <w:i/>
                <w:color w:val="666666"/>
                <w:sz w:val="15"/>
                <w:rtl/>
              </w:rPr>
              <w:t>إ</w:t>
            </w:r>
            <w:r>
              <w:rPr>
                <w:i/>
                <w:color w:val="666666"/>
                <w:sz w:val="15"/>
                <w:rtl/>
              </w:rPr>
              <w:t>ستخدام الطاقة.</w:t>
            </w:r>
          </w:p>
        </w:tc>
      </w:tr>
      <w:tr w:rsidR="007640C1" w14:paraId="0599399F" w14:textId="77777777">
        <w:trPr>
          <w:cantSplit/>
          <w:trHeight w:val="390"/>
          <w:jc w:val="center"/>
        </w:trPr>
        <w:tc>
          <w:tcPr>
            <w:tcW w:w="295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1D32A8" w14:textId="4A64FD82" w:rsidR="007640C1" w:rsidRDefault="00653370" w:rsidP="008D104C">
            <w:pPr>
              <w:bidi/>
            </w:pPr>
            <w:r>
              <w:rPr>
                <w:b/>
                <w:color w:val="1F2933"/>
                <w:sz w:val="16"/>
                <w:rtl/>
              </w:rPr>
              <w:t>التراخيص / التصاريح المطلوبة</w:t>
            </w:r>
          </w:p>
        </w:tc>
        <w:tc>
          <w:tcPr>
            <w:tcW w:w="744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E2D2960" w14:textId="2E1D073F" w:rsidR="007640C1" w:rsidRDefault="008D104C" w:rsidP="008D104C">
            <w:pPr>
              <w:bidi/>
            </w:pPr>
            <w:r>
              <w:rPr>
                <w:rFonts w:hint="cs"/>
                <w:i/>
                <w:color w:val="666666"/>
                <w:sz w:val="15"/>
                <w:rtl/>
              </w:rPr>
              <w:t>أ</w:t>
            </w:r>
            <w:r w:rsidR="00653370">
              <w:rPr>
                <w:i/>
                <w:color w:val="666666"/>
                <w:sz w:val="15"/>
                <w:rtl/>
              </w:rPr>
              <w:t>ذكر التراخيص الحالية وأي تجديد أو موافقة من المؤجر أو تصريح مطلوب.</w:t>
            </w:r>
          </w:p>
        </w:tc>
      </w:tr>
      <w:tr w:rsidR="007640C1" w14:paraId="0E6ECCDC" w14:textId="77777777">
        <w:trPr>
          <w:cantSplit/>
          <w:trHeight w:val="390"/>
          <w:jc w:val="center"/>
        </w:trPr>
        <w:tc>
          <w:tcPr>
            <w:tcW w:w="295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24431E5" w14:textId="77777777" w:rsidR="007640C1" w:rsidRDefault="00653370" w:rsidP="008D104C">
            <w:pPr>
              <w:bidi/>
            </w:pPr>
            <w:r>
              <w:rPr>
                <w:b/>
                <w:color w:val="1F2933"/>
                <w:sz w:val="16"/>
                <w:rtl/>
              </w:rPr>
              <w:t>الممارسات البيئية الحالية</w:t>
            </w:r>
          </w:p>
        </w:tc>
        <w:tc>
          <w:tcPr>
            <w:tcW w:w="744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D3B13AD" w14:textId="77777777" w:rsidR="007640C1" w:rsidRDefault="00653370" w:rsidP="008D104C">
            <w:pPr>
              <w:bidi/>
            </w:pPr>
            <w:r>
              <w:rPr>
                <w:i/>
                <w:color w:val="666666"/>
                <w:sz w:val="15"/>
                <w:rtl/>
              </w:rPr>
              <w:t>صف بإيجاز ممارسات إدارة النفايات أو إعادة التدوير أو توفير المياه أو الطاقة أو المواد، إن وجدت.</w:t>
            </w:r>
          </w:p>
        </w:tc>
      </w:tr>
    </w:tbl>
    <w:p w14:paraId="1D5590B1" w14:textId="77777777" w:rsidR="008D104C" w:rsidRDefault="008D104C">
      <w:pPr>
        <w:bidi/>
        <w:spacing w:before="40" w:after="20"/>
        <w:rPr>
          <w:b/>
          <w:color w:val="173E69"/>
          <w:sz w:val="18"/>
          <w:rtl/>
        </w:rPr>
      </w:pPr>
    </w:p>
    <w:p w14:paraId="4BB5D4E2" w14:textId="2AABD6A0" w:rsidR="007640C1" w:rsidRDefault="00653370" w:rsidP="008D104C">
      <w:pPr>
        <w:bidi/>
        <w:spacing w:before="40" w:after="20"/>
      </w:pPr>
      <w:r>
        <w:rPr>
          <w:b/>
          <w:color w:val="173E69"/>
          <w:sz w:val="18"/>
          <w:rtl/>
        </w:rPr>
        <w:t>الإدارة والموظفون الرئيسيون</w:t>
      </w:r>
    </w:p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2664"/>
        <w:gridCol w:w="2520"/>
        <w:gridCol w:w="3124"/>
      </w:tblGrid>
      <w:tr w:rsidR="007640C1" w14:paraId="484F8198" w14:textId="77777777">
        <w:trPr>
          <w:cantSplit/>
          <w:tblHeader/>
          <w:jc w:val="center"/>
        </w:trPr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9B4CE73" w14:textId="6C56099D" w:rsidR="007640C1" w:rsidRDefault="00653370" w:rsidP="008D104C">
            <w:pPr>
              <w:bidi/>
            </w:pPr>
            <w:r>
              <w:rPr>
                <w:b/>
                <w:color w:val="FFFFFF"/>
                <w:sz w:val="14"/>
                <w:rtl/>
              </w:rPr>
              <w:t>ا</w:t>
            </w:r>
            <w:r w:rsidR="00961D09">
              <w:rPr>
                <w:rFonts w:hint="cs"/>
                <w:b/>
                <w:color w:val="FFFFFF"/>
                <w:sz w:val="14"/>
                <w:rtl/>
              </w:rPr>
              <w:t>لا</w:t>
            </w:r>
            <w:r>
              <w:rPr>
                <w:b/>
                <w:color w:val="FFFFFF"/>
                <w:sz w:val="14"/>
                <w:rtl/>
              </w:rPr>
              <w:t>سم / الدور</w:t>
            </w:r>
          </w:p>
        </w:tc>
        <w:tc>
          <w:tcPr>
            <w:tcW w:w="266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60DE47" w14:textId="77777777" w:rsidR="007640C1" w:rsidRDefault="00653370" w:rsidP="008D104C">
            <w:pPr>
              <w:bidi/>
            </w:pPr>
            <w:r>
              <w:rPr>
                <w:b/>
                <w:color w:val="FFFFFF"/>
                <w:sz w:val="14"/>
                <w:rtl/>
              </w:rPr>
              <w:t>الخبرة ذات الصلة</w:t>
            </w:r>
          </w:p>
        </w:tc>
        <w:tc>
          <w:tcPr>
            <w:tcW w:w="252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73C3517" w14:textId="77777777" w:rsidR="007640C1" w:rsidRDefault="00653370" w:rsidP="008D104C">
            <w:pPr>
              <w:bidi/>
            </w:pPr>
            <w:r>
              <w:rPr>
                <w:b/>
                <w:color w:val="FFFFFF"/>
                <w:sz w:val="14"/>
                <w:rtl/>
              </w:rPr>
              <w:t>المؤهلات / الشهادات</w:t>
            </w:r>
          </w:p>
        </w:tc>
        <w:tc>
          <w:tcPr>
            <w:tcW w:w="31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CD9163" w14:textId="77777777" w:rsidR="007640C1" w:rsidRDefault="00653370" w:rsidP="008D104C">
            <w:pPr>
              <w:bidi/>
            </w:pPr>
            <w:r>
              <w:rPr>
                <w:b/>
                <w:color w:val="FFFFFF"/>
                <w:sz w:val="14"/>
                <w:rtl/>
              </w:rPr>
              <w:t>المهارات الرئيسية والمسؤولية في هذا المقترح</w:t>
            </w:r>
          </w:p>
        </w:tc>
      </w:tr>
      <w:tr w:rsidR="007640C1" w14:paraId="62670963" w14:textId="77777777">
        <w:trPr>
          <w:cantSplit/>
          <w:trHeight w:val="360"/>
          <w:jc w:val="center"/>
        </w:trPr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D2B7D29" w14:textId="77777777" w:rsidR="007640C1" w:rsidRDefault="007640C1"/>
        </w:tc>
        <w:tc>
          <w:tcPr>
            <w:tcW w:w="266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86D58AB" w14:textId="77777777" w:rsidR="007640C1" w:rsidRDefault="007640C1"/>
        </w:tc>
        <w:tc>
          <w:tcPr>
            <w:tcW w:w="252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5EFA2F7" w14:textId="77777777" w:rsidR="007640C1" w:rsidRDefault="007640C1"/>
        </w:tc>
        <w:tc>
          <w:tcPr>
            <w:tcW w:w="31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4BA789" w14:textId="77777777" w:rsidR="007640C1" w:rsidRDefault="007640C1"/>
        </w:tc>
      </w:tr>
      <w:tr w:rsidR="007640C1" w14:paraId="28DFF474" w14:textId="77777777">
        <w:trPr>
          <w:cantSplit/>
          <w:trHeight w:val="360"/>
          <w:jc w:val="center"/>
        </w:trPr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DFF3E8" w14:textId="77777777" w:rsidR="007640C1" w:rsidRDefault="007640C1"/>
        </w:tc>
        <w:tc>
          <w:tcPr>
            <w:tcW w:w="266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B9CD610" w14:textId="77777777" w:rsidR="007640C1" w:rsidRDefault="007640C1"/>
        </w:tc>
        <w:tc>
          <w:tcPr>
            <w:tcW w:w="252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ACCE1ED" w14:textId="77777777" w:rsidR="007640C1" w:rsidRDefault="007640C1"/>
        </w:tc>
        <w:tc>
          <w:tcPr>
            <w:tcW w:w="31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043131" w14:textId="77777777" w:rsidR="007640C1" w:rsidRDefault="007640C1"/>
        </w:tc>
      </w:tr>
      <w:tr w:rsidR="007640C1" w14:paraId="74DF97A1" w14:textId="77777777">
        <w:trPr>
          <w:cantSplit/>
          <w:trHeight w:val="360"/>
          <w:jc w:val="center"/>
        </w:trPr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2B1BCD7" w14:textId="77777777" w:rsidR="007640C1" w:rsidRDefault="007640C1"/>
        </w:tc>
        <w:tc>
          <w:tcPr>
            <w:tcW w:w="266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7A64E82" w14:textId="77777777" w:rsidR="007640C1" w:rsidRDefault="007640C1"/>
        </w:tc>
        <w:tc>
          <w:tcPr>
            <w:tcW w:w="252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21EB939" w14:textId="77777777" w:rsidR="007640C1" w:rsidRDefault="007640C1"/>
        </w:tc>
        <w:tc>
          <w:tcPr>
            <w:tcW w:w="31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B4C468" w14:textId="77777777" w:rsidR="007640C1" w:rsidRDefault="007640C1"/>
        </w:tc>
      </w:tr>
      <w:tr w:rsidR="007640C1" w14:paraId="2855C252" w14:textId="77777777">
        <w:trPr>
          <w:cantSplit/>
          <w:trHeight w:val="360"/>
          <w:jc w:val="center"/>
        </w:trPr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0C8F120" w14:textId="77777777" w:rsidR="007640C1" w:rsidRDefault="007640C1"/>
        </w:tc>
        <w:tc>
          <w:tcPr>
            <w:tcW w:w="266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7D7395B" w14:textId="77777777" w:rsidR="007640C1" w:rsidRDefault="007640C1"/>
        </w:tc>
        <w:tc>
          <w:tcPr>
            <w:tcW w:w="252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C04502" w14:textId="77777777" w:rsidR="007640C1" w:rsidRDefault="007640C1"/>
        </w:tc>
        <w:tc>
          <w:tcPr>
            <w:tcW w:w="31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9241565" w14:textId="77777777" w:rsidR="007640C1" w:rsidRDefault="007640C1"/>
        </w:tc>
      </w:tr>
    </w:tbl>
    <w:p w14:paraId="7D0C9C93" w14:textId="77777777" w:rsidR="007640C1" w:rsidRDefault="00653370">
      <w:pPr>
        <w:bidi/>
        <w:spacing w:before="80" w:after="40"/>
      </w:pPr>
      <w:r>
        <w:rPr>
          <w:b/>
          <w:color w:val="173E69"/>
          <w:sz w:val="26"/>
          <w:rtl/>
        </w:rPr>
        <w:t>3. القطاع والسوق والجدوى</w:t>
      </w:r>
      <w:r>
        <w:rPr>
          <w:i/>
          <w:color w:val="6B7280"/>
          <w:sz w:val="15"/>
          <w:rtl/>
        </w:rPr>
        <w:t xml:space="preserve">  |  محور التقييم: الطلب والقدرة التنافسية ومخاطر القطاع</w:t>
      </w:r>
    </w:p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3240"/>
        <w:gridCol w:w="3931"/>
      </w:tblGrid>
      <w:tr w:rsidR="007640C1" w14:paraId="6C18B4E7" w14:textId="77777777">
        <w:trPr>
          <w:cantSplit/>
          <w:trHeight w:val="500"/>
          <w:jc w:val="center"/>
        </w:trPr>
        <w:tc>
          <w:tcPr>
            <w:tcW w:w="10411" w:type="dxa"/>
            <w:gridSpan w:val="3"/>
            <w:tcBorders>
              <w:top w:val="single" w:sz="5" w:space="0" w:color="AAB6C3"/>
              <w:left w:val="single" w:sz="5" w:space="0" w:color="AAB6C3"/>
              <w:bottom w:val="single" w:sz="5" w:space="0" w:color="AAB6C3"/>
              <w:right w:val="single" w:sz="5" w:space="0" w:color="AAB6C3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67DFBCF8" w14:textId="77777777" w:rsidR="007640C1" w:rsidRDefault="00653370" w:rsidP="008D104C">
            <w:pPr>
              <w:bidi/>
            </w:pPr>
            <w:r>
              <w:rPr>
                <w:b/>
                <w:color w:val="2B5D8A"/>
                <w:rtl/>
              </w:rPr>
              <w:t>3.1 نبذة موجزة عن القطاع.</w:t>
            </w:r>
          </w:p>
          <w:p w14:paraId="7B028093" w14:textId="610C2636" w:rsidR="007640C1" w:rsidRPr="0058701A" w:rsidRDefault="00653370" w:rsidP="008D104C">
            <w:pPr>
              <w:bidi/>
              <w:spacing w:before="20"/>
              <w:rPr>
                <w:i/>
                <w:color w:val="666666"/>
                <w:sz w:val="20"/>
                <w:szCs w:val="20"/>
                <w:rtl/>
              </w:rPr>
            </w:pPr>
            <w:r w:rsidRPr="0058701A">
              <w:rPr>
                <w:i/>
                <w:color w:val="666666"/>
                <w:sz w:val="20"/>
                <w:szCs w:val="20"/>
                <w:rtl/>
              </w:rPr>
              <w:t>صف القطاع، والأوضاع الحالية، وأبرز التغيرات</w:t>
            </w:r>
            <w:r w:rsidR="008D104C" w:rsidRPr="0058701A">
              <w:rPr>
                <w:rFonts w:hint="cs"/>
                <w:i/>
                <w:color w:val="666666"/>
                <w:sz w:val="20"/>
                <w:szCs w:val="20"/>
                <w:rtl/>
              </w:rPr>
              <w:t>،</w:t>
            </w:r>
            <w:r w:rsidRPr="0058701A">
              <w:rPr>
                <w:i/>
                <w:color w:val="666666"/>
                <w:sz w:val="20"/>
                <w:szCs w:val="20"/>
                <w:rtl/>
              </w:rPr>
              <w:t xml:space="preserve"> أو التحديات</w:t>
            </w:r>
            <w:r w:rsidR="008D104C" w:rsidRPr="0058701A">
              <w:rPr>
                <w:rFonts w:hint="cs"/>
                <w:i/>
                <w:color w:val="666666"/>
                <w:sz w:val="20"/>
                <w:szCs w:val="20"/>
                <w:rtl/>
              </w:rPr>
              <w:t>،</w:t>
            </w:r>
            <w:r w:rsidRPr="0058701A">
              <w:rPr>
                <w:i/>
                <w:color w:val="666666"/>
                <w:sz w:val="20"/>
                <w:szCs w:val="20"/>
                <w:rtl/>
              </w:rPr>
              <w:t xml:space="preserve"> أو الاتجاهات المؤثرة على المنشآت/المؤسسات في القدس.</w:t>
            </w:r>
          </w:p>
          <w:p w14:paraId="15EE279D" w14:textId="77777777" w:rsidR="008D104C" w:rsidRDefault="008D104C" w:rsidP="008D104C">
            <w:pPr>
              <w:bidi/>
              <w:spacing w:before="20"/>
              <w:rPr>
                <w:i/>
                <w:color w:val="666666"/>
                <w:sz w:val="15"/>
                <w:rtl/>
              </w:rPr>
            </w:pPr>
          </w:p>
          <w:p w14:paraId="0D6162D1" w14:textId="15A97292" w:rsidR="008D104C" w:rsidRDefault="008D104C" w:rsidP="008D104C">
            <w:pPr>
              <w:bidi/>
              <w:spacing w:before="20"/>
            </w:pPr>
          </w:p>
        </w:tc>
      </w:tr>
      <w:tr w:rsidR="007640C1" w14:paraId="17A69AAE" w14:textId="77777777">
        <w:trPr>
          <w:cantSplit/>
          <w:trHeight w:val="650"/>
          <w:jc w:val="center"/>
        </w:trPr>
        <w:tc>
          <w:tcPr>
            <w:tcW w:w="10411" w:type="dxa"/>
            <w:gridSpan w:val="3"/>
            <w:tcBorders>
              <w:top w:val="single" w:sz="5" w:space="0" w:color="AAB6C3"/>
              <w:left w:val="single" w:sz="5" w:space="0" w:color="AAB6C3"/>
              <w:bottom w:val="single" w:sz="5" w:space="0" w:color="AAB6C3"/>
              <w:right w:val="single" w:sz="5" w:space="0" w:color="AAB6C3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0AE0FEFA" w14:textId="77777777" w:rsidR="007640C1" w:rsidRDefault="00653370" w:rsidP="00B42B17">
            <w:pPr>
              <w:bidi/>
            </w:pPr>
            <w:r>
              <w:rPr>
                <w:b/>
                <w:color w:val="2B5D8A"/>
                <w:rtl/>
              </w:rPr>
              <w:t>3.2 عوامل الطلب والربحية / الحاجة إلى الخدمة.</w:t>
            </w:r>
          </w:p>
          <w:p w14:paraId="7B374990" w14:textId="5BC830EB" w:rsidR="007640C1" w:rsidRPr="0058701A" w:rsidRDefault="00961D09" w:rsidP="0058701A">
            <w:pPr>
              <w:bidi/>
              <w:spacing w:before="20"/>
              <w:jc w:val="both"/>
              <w:rPr>
                <w:i/>
                <w:color w:val="666666"/>
                <w:sz w:val="20"/>
                <w:szCs w:val="20"/>
                <w:rtl/>
              </w:rPr>
            </w:pPr>
            <w:r>
              <w:rPr>
                <w:rFonts w:hint="cs"/>
                <w:i/>
                <w:color w:val="666666"/>
                <w:sz w:val="20"/>
                <w:szCs w:val="20"/>
                <w:rtl/>
              </w:rPr>
              <w:t>ا</w:t>
            </w:r>
            <w:r w:rsidR="00653370" w:rsidRPr="0058701A">
              <w:rPr>
                <w:i/>
                <w:color w:val="666666"/>
                <w:sz w:val="20"/>
                <w:szCs w:val="20"/>
                <w:rtl/>
              </w:rPr>
              <w:t>شرح العوامل المحركة لطلب العملاء</w:t>
            </w:r>
            <w:r w:rsidR="00B42B17" w:rsidRPr="0058701A">
              <w:rPr>
                <w:rFonts w:hint="cs"/>
                <w:i/>
                <w:color w:val="666666"/>
                <w:sz w:val="20"/>
                <w:szCs w:val="20"/>
                <w:rtl/>
              </w:rPr>
              <w:t>،</w:t>
            </w:r>
            <w:r w:rsidR="00653370" w:rsidRPr="0058701A">
              <w:rPr>
                <w:i/>
                <w:color w:val="666666"/>
                <w:sz w:val="20"/>
                <w:szCs w:val="20"/>
                <w:rtl/>
              </w:rPr>
              <w:t xml:space="preserve"> أو الدخل</w:t>
            </w:r>
            <w:r w:rsidR="00B42B17" w:rsidRPr="0058701A">
              <w:rPr>
                <w:rFonts w:hint="cs"/>
                <w:i/>
                <w:color w:val="666666"/>
                <w:sz w:val="20"/>
                <w:szCs w:val="20"/>
                <w:rtl/>
              </w:rPr>
              <w:t>،</w:t>
            </w:r>
            <w:r w:rsidR="00653370" w:rsidRPr="0058701A">
              <w:rPr>
                <w:i/>
                <w:color w:val="666666"/>
                <w:sz w:val="20"/>
                <w:szCs w:val="20"/>
                <w:rtl/>
              </w:rPr>
              <w:t xml:space="preserve"> أو التكاليف</w:t>
            </w:r>
            <w:r w:rsidR="00B42B17" w:rsidRPr="0058701A">
              <w:rPr>
                <w:rFonts w:hint="cs"/>
                <w:i/>
                <w:color w:val="666666"/>
                <w:sz w:val="20"/>
                <w:szCs w:val="20"/>
                <w:rtl/>
              </w:rPr>
              <w:t>،</w:t>
            </w:r>
            <w:r w:rsidR="00653370" w:rsidRPr="0058701A">
              <w:rPr>
                <w:i/>
                <w:color w:val="666666"/>
                <w:sz w:val="20"/>
                <w:szCs w:val="20"/>
                <w:rtl/>
              </w:rPr>
              <w:t xml:space="preserve"> أو الطلب على الخدمة. قدّم أدلة بسيطة مثل الطلبات</w:t>
            </w:r>
            <w:r w:rsidR="00B42B17" w:rsidRPr="0058701A">
              <w:rPr>
                <w:rFonts w:hint="cs"/>
                <w:i/>
                <w:color w:val="666666"/>
                <w:sz w:val="20"/>
                <w:szCs w:val="20"/>
                <w:rtl/>
              </w:rPr>
              <w:t>،</w:t>
            </w:r>
            <w:r w:rsidR="00653370" w:rsidRPr="0058701A">
              <w:rPr>
                <w:i/>
                <w:color w:val="666666"/>
                <w:sz w:val="20"/>
                <w:szCs w:val="20"/>
                <w:rtl/>
              </w:rPr>
              <w:t xml:space="preserve"> أو سجلات العملاء</w:t>
            </w:r>
            <w:r w:rsidR="00B42B17" w:rsidRPr="0058701A">
              <w:rPr>
                <w:rFonts w:hint="cs"/>
                <w:i/>
                <w:color w:val="666666"/>
                <w:sz w:val="20"/>
                <w:szCs w:val="20"/>
                <w:rtl/>
              </w:rPr>
              <w:t>،</w:t>
            </w:r>
            <w:r w:rsidR="00653370" w:rsidRPr="0058701A">
              <w:rPr>
                <w:i/>
                <w:color w:val="666666"/>
                <w:sz w:val="20"/>
                <w:szCs w:val="20"/>
                <w:rtl/>
              </w:rPr>
              <w:t xml:space="preserve"> أو أسعار السوق</w:t>
            </w:r>
            <w:r w:rsidR="00B42B17" w:rsidRPr="0058701A">
              <w:rPr>
                <w:rFonts w:hint="cs"/>
                <w:i/>
                <w:color w:val="666666"/>
                <w:sz w:val="20"/>
                <w:szCs w:val="20"/>
                <w:rtl/>
              </w:rPr>
              <w:t>،</w:t>
            </w:r>
            <w:r w:rsidR="00653370" w:rsidRPr="0058701A">
              <w:rPr>
                <w:i/>
                <w:color w:val="666666"/>
                <w:sz w:val="20"/>
                <w:szCs w:val="20"/>
                <w:rtl/>
              </w:rPr>
              <w:t xml:space="preserve"> أو بيانات المستفيدين</w:t>
            </w:r>
            <w:r w:rsidR="00B42B17" w:rsidRPr="0058701A">
              <w:rPr>
                <w:rFonts w:hint="cs"/>
                <w:i/>
                <w:color w:val="666666"/>
                <w:sz w:val="20"/>
                <w:szCs w:val="20"/>
                <w:rtl/>
              </w:rPr>
              <w:t>،</w:t>
            </w:r>
            <w:r w:rsidR="00653370" w:rsidRPr="0058701A">
              <w:rPr>
                <w:i/>
                <w:color w:val="666666"/>
                <w:sz w:val="20"/>
                <w:szCs w:val="20"/>
                <w:rtl/>
              </w:rPr>
              <w:t xml:space="preserve"> أو قوائم ا</w:t>
            </w:r>
            <w:r w:rsidR="00B42B17" w:rsidRPr="0058701A">
              <w:rPr>
                <w:rFonts w:hint="cs"/>
                <w:i/>
                <w:color w:val="666666"/>
                <w:sz w:val="20"/>
                <w:szCs w:val="20"/>
                <w:rtl/>
              </w:rPr>
              <w:t>لإ</w:t>
            </w:r>
            <w:r w:rsidR="00653370" w:rsidRPr="0058701A">
              <w:rPr>
                <w:i/>
                <w:color w:val="666666"/>
                <w:sz w:val="20"/>
                <w:szCs w:val="20"/>
                <w:rtl/>
              </w:rPr>
              <w:t>نتظار</w:t>
            </w:r>
            <w:r w:rsidR="00B42B17" w:rsidRPr="0058701A">
              <w:rPr>
                <w:rFonts w:hint="cs"/>
                <w:i/>
                <w:color w:val="666666"/>
                <w:sz w:val="20"/>
                <w:szCs w:val="20"/>
                <w:rtl/>
              </w:rPr>
              <w:t>،</w:t>
            </w:r>
            <w:r w:rsidR="00653370" w:rsidRPr="0058701A">
              <w:rPr>
                <w:i/>
                <w:color w:val="666666"/>
                <w:sz w:val="20"/>
                <w:szCs w:val="20"/>
                <w:rtl/>
              </w:rPr>
              <w:t xml:space="preserve"> أو الخبرة السابقة. وكذلك أبرز التحديات/العوامل/المخاطر المؤثرة على الطلب/الربحية وعمليات المنشآت في هذا المجال، وكيفية تعامل خطة العمل مع التغلب عليها/إدارتها.</w:t>
            </w:r>
          </w:p>
          <w:p w14:paraId="1B7A96CB" w14:textId="77777777" w:rsidR="008D104C" w:rsidRDefault="008D104C" w:rsidP="00B42B17">
            <w:pPr>
              <w:bidi/>
              <w:spacing w:before="20"/>
              <w:rPr>
                <w:i/>
                <w:color w:val="666666"/>
                <w:sz w:val="15"/>
                <w:rtl/>
              </w:rPr>
            </w:pPr>
          </w:p>
          <w:p w14:paraId="74A27670" w14:textId="20613AB1" w:rsidR="008D104C" w:rsidRDefault="008D104C" w:rsidP="00B42B17">
            <w:pPr>
              <w:bidi/>
              <w:spacing w:before="20"/>
            </w:pPr>
          </w:p>
        </w:tc>
      </w:tr>
      <w:tr w:rsidR="007640C1" w14:paraId="23258D27" w14:textId="77777777">
        <w:trPr>
          <w:cantSplit/>
          <w:trHeight w:val="600"/>
          <w:jc w:val="center"/>
        </w:trPr>
        <w:tc>
          <w:tcPr>
            <w:tcW w:w="10411" w:type="dxa"/>
            <w:gridSpan w:val="3"/>
            <w:tcBorders>
              <w:top w:val="single" w:sz="5" w:space="0" w:color="AAB6C3"/>
              <w:left w:val="single" w:sz="5" w:space="0" w:color="AAB6C3"/>
              <w:bottom w:val="single" w:sz="5" w:space="0" w:color="AAB6C3"/>
              <w:right w:val="single" w:sz="5" w:space="0" w:color="AAB6C3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6D88BF94" w14:textId="7EB426ED" w:rsidR="007640C1" w:rsidRDefault="00653370" w:rsidP="00B42B17">
            <w:pPr>
              <w:bidi/>
            </w:pPr>
            <w:r>
              <w:rPr>
                <w:b/>
                <w:color w:val="2B5D8A"/>
                <w:rtl/>
              </w:rPr>
              <w:t>3.3 المنافسون والبدائل والمزايا.</w:t>
            </w:r>
          </w:p>
          <w:p w14:paraId="40FEDC4D" w14:textId="3B94FAA2" w:rsidR="00B42B17" w:rsidRPr="00B92573" w:rsidRDefault="00653370" w:rsidP="0058701A">
            <w:pPr>
              <w:bidi/>
              <w:spacing w:before="20"/>
              <w:jc w:val="both"/>
              <w:rPr>
                <w:i/>
                <w:color w:val="666666"/>
                <w:sz w:val="13"/>
                <w:szCs w:val="20"/>
                <w:rtl/>
              </w:rPr>
            </w:pPr>
            <w:r w:rsidRPr="00B92573">
              <w:rPr>
                <w:i/>
                <w:color w:val="666666"/>
                <w:sz w:val="13"/>
                <w:szCs w:val="20"/>
                <w:rtl/>
              </w:rPr>
              <w:t>المؤسسات الصغيرة والمتوسطة: اذكر أسماء أبرز المنافسين و</w:t>
            </w:r>
            <w:r w:rsidR="00961D09">
              <w:rPr>
                <w:rFonts w:hint="cs"/>
                <w:i/>
                <w:color w:val="666666"/>
                <w:sz w:val="13"/>
                <w:szCs w:val="20"/>
                <w:rtl/>
              </w:rPr>
              <w:t>ا</w:t>
            </w:r>
            <w:r w:rsidRPr="00B92573">
              <w:rPr>
                <w:i/>
                <w:color w:val="666666"/>
                <w:sz w:val="13"/>
                <w:szCs w:val="20"/>
                <w:rtl/>
              </w:rPr>
              <w:t xml:space="preserve">شرح سبب </w:t>
            </w:r>
            <w:r w:rsidR="00961D09">
              <w:rPr>
                <w:rFonts w:hint="cs"/>
                <w:i/>
                <w:color w:val="666666"/>
                <w:sz w:val="13"/>
                <w:szCs w:val="20"/>
                <w:rtl/>
              </w:rPr>
              <w:t>ا</w:t>
            </w:r>
            <w:r w:rsidRPr="00B92573">
              <w:rPr>
                <w:i/>
                <w:color w:val="666666"/>
                <w:sz w:val="13"/>
                <w:szCs w:val="20"/>
                <w:rtl/>
              </w:rPr>
              <w:t>ختيار العملاء لك. المنظمات غير الحكومية: صف مقدمي الخدمات البديلين، والفجوات في الخدمة، وكيفية توافق المقترح مع رسالة المؤسسة.</w:t>
            </w:r>
          </w:p>
          <w:p w14:paraId="322A7DB6" w14:textId="0ED76F12" w:rsidR="00B42B17" w:rsidRPr="00B42B17" w:rsidRDefault="00B42B17" w:rsidP="00B42B17">
            <w:pPr>
              <w:bidi/>
              <w:spacing w:before="20"/>
              <w:rPr>
                <w:i/>
                <w:color w:val="666666"/>
                <w:sz w:val="15"/>
              </w:rPr>
            </w:pPr>
          </w:p>
        </w:tc>
      </w:tr>
      <w:tr w:rsidR="007640C1" w14:paraId="7065AE40" w14:textId="77777777" w:rsidTr="00961D09">
        <w:trPr>
          <w:cantSplit/>
          <w:trHeight w:val="196"/>
          <w:tblHeader/>
          <w:jc w:val="center"/>
        </w:trPr>
        <w:tc>
          <w:tcPr>
            <w:tcW w:w="324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2A4E96E" w14:textId="77777777" w:rsidR="007640C1" w:rsidRPr="00961D09" w:rsidRDefault="00653370" w:rsidP="00B42B17">
            <w:pPr>
              <w:bidi/>
              <w:rPr>
                <w:b/>
              </w:rPr>
            </w:pPr>
            <w:r w:rsidRPr="00961D09">
              <w:rPr>
                <w:b/>
                <w:color w:val="FFFFFF"/>
                <w:sz w:val="15"/>
                <w:rtl/>
              </w:rPr>
              <w:t>أبرز مخاطر القطاع أو السوق</w:t>
            </w:r>
          </w:p>
        </w:tc>
        <w:tc>
          <w:tcPr>
            <w:tcW w:w="324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9C201D" w14:textId="77777777" w:rsidR="007640C1" w:rsidRPr="00961D09" w:rsidRDefault="00653370" w:rsidP="00B42B17">
            <w:pPr>
              <w:bidi/>
              <w:rPr>
                <w:b/>
              </w:rPr>
            </w:pPr>
            <w:r w:rsidRPr="00961D09">
              <w:rPr>
                <w:b/>
                <w:color w:val="FFFFFF"/>
                <w:sz w:val="15"/>
                <w:rtl/>
              </w:rPr>
              <w:t>كيف قد تؤثر على مقدم الطلب</w:t>
            </w:r>
          </w:p>
        </w:tc>
        <w:tc>
          <w:tcPr>
            <w:tcW w:w="3916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F88DBD0" w14:textId="77777777" w:rsidR="007640C1" w:rsidRPr="00961D09" w:rsidRDefault="00653370" w:rsidP="00B42B17">
            <w:pPr>
              <w:bidi/>
              <w:rPr>
                <w:b/>
              </w:rPr>
            </w:pPr>
            <w:r w:rsidRPr="00961D09">
              <w:rPr>
                <w:b/>
                <w:color w:val="FFFFFF"/>
                <w:sz w:val="15"/>
                <w:rtl/>
              </w:rPr>
              <w:t>كيفية إدارة المخاطرة</w:t>
            </w:r>
          </w:p>
        </w:tc>
      </w:tr>
      <w:tr w:rsidR="007640C1" w14:paraId="07609023" w14:textId="77777777">
        <w:trPr>
          <w:cantSplit/>
          <w:trHeight w:val="350"/>
          <w:jc w:val="center"/>
        </w:trPr>
        <w:tc>
          <w:tcPr>
            <w:tcW w:w="324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7DAB87A" w14:textId="77777777" w:rsidR="007640C1" w:rsidRDefault="007640C1"/>
        </w:tc>
        <w:tc>
          <w:tcPr>
            <w:tcW w:w="324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CE3D119" w14:textId="77777777" w:rsidR="007640C1" w:rsidRDefault="007640C1"/>
        </w:tc>
        <w:tc>
          <w:tcPr>
            <w:tcW w:w="3916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AD98F6F" w14:textId="77777777" w:rsidR="007640C1" w:rsidRDefault="007640C1"/>
        </w:tc>
      </w:tr>
      <w:tr w:rsidR="007640C1" w14:paraId="44C7708C" w14:textId="77777777">
        <w:trPr>
          <w:cantSplit/>
          <w:trHeight w:val="350"/>
          <w:jc w:val="center"/>
        </w:trPr>
        <w:tc>
          <w:tcPr>
            <w:tcW w:w="324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E86371B" w14:textId="77777777" w:rsidR="007640C1" w:rsidRDefault="007640C1"/>
        </w:tc>
        <w:tc>
          <w:tcPr>
            <w:tcW w:w="324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DFCB69E" w14:textId="77777777" w:rsidR="007640C1" w:rsidRDefault="007640C1"/>
        </w:tc>
        <w:tc>
          <w:tcPr>
            <w:tcW w:w="3916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2F67A88" w14:textId="77777777" w:rsidR="007640C1" w:rsidRDefault="007640C1"/>
        </w:tc>
      </w:tr>
      <w:tr w:rsidR="007640C1" w14:paraId="1441BE3E" w14:textId="77777777">
        <w:trPr>
          <w:cantSplit/>
          <w:trHeight w:val="350"/>
          <w:jc w:val="center"/>
        </w:trPr>
        <w:tc>
          <w:tcPr>
            <w:tcW w:w="324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2358D18" w14:textId="77777777" w:rsidR="007640C1" w:rsidRDefault="007640C1"/>
        </w:tc>
        <w:tc>
          <w:tcPr>
            <w:tcW w:w="3240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72A138" w14:textId="77777777" w:rsidR="007640C1" w:rsidRDefault="007640C1"/>
        </w:tc>
        <w:tc>
          <w:tcPr>
            <w:tcW w:w="3916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79FB079" w14:textId="77777777" w:rsidR="007640C1" w:rsidRDefault="007640C1"/>
        </w:tc>
      </w:tr>
    </w:tbl>
    <w:p w14:paraId="392C1169" w14:textId="77777777" w:rsidR="007640C1" w:rsidRDefault="00653370">
      <w:r>
        <w:br w:type="page"/>
      </w:r>
    </w:p>
    <w:p w14:paraId="563B84D7" w14:textId="77777777" w:rsidR="00E54D31" w:rsidRDefault="00E54D31">
      <w:pPr>
        <w:bidi/>
        <w:spacing w:before="80" w:after="40"/>
        <w:rPr>
          <w:b/>
          <w:color w:val="173E69"/>
          <w:sz w:val="26"/>
          <w:rtl/>
        </w:rPr>
        <w:sectPr w:rsidR="00E54D31" w:rsidSect="00032C86">
          <w:headerReference w:type="default" r:id="rId8"/>
          <w:footerReference w:type="default" r:id="rId9"/>
          <w:pgSz w:w="11909" w:h="16834"/>
          <w:pgMar w:top="864" w:right="749" w:bottom="677" w:left="749" w:header="576" w:footer="288" w:gutter="0"/>
          <w:cols w:space="720"/>
          <w:bidi/>
          <w:docGrid w:linePitch="360"/>
        </w:sectPr>
      </w:pPr>
    </w:p>
    <w:p w14:paraId="6AA4CE85" w14:textId="627A0B42" w:rsidR="007640C1" w:rsidRDefault="00653370">
      <w:pPr>
        <w:bidi/>
        <w:spacing w:before="80" w:after="40"/>
      </w:pPr>
      <w:r>
        <w:rPr>
          <w:b/>
          <w:color w:val="173E69"/>
          <w:sz w:val="26"/>
          <w:rtl/>
        </w:rPr>
        <w:t>4. التوسع / التدخل المقترح و</w:t>
      </w:r>
      <w:r w:rsidR="00961D09">
        <w:rPr>
          <w:rFonts w:hint="cs"/>
          <w:b/>
          <w:color w:val="173E69"/>
          <w:sz w:val="26"/>
          <w:rtl/>
        </w:rPr>
        <w:t>ا</w:t>
      </w:r>
      <w:r>
        <w:rPr>
          <w:b/>
          <w:color w:val="173E69"/>
          <w:sz w:val="26"/>
          <w:rtl/>
        </w:rPr>
        <w:t>ستخدام الأموال</w:t>
      </w:r>
      <w:r>
        <w:rPr>
          <w:i/>
          <w:color w:val="6B7280"/>
          <w:sz w:val="15"/>
          <w:rtl/>
        </w:rPr>
        <w:t xml:space="preserve">  |  محور التقييم: الحاجة والأهلية والقيمة</w:t>
      </w:r>
    </w:p>
    <w:tbl>
      <w:tblPr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2253"/>
        <w:gridCol w:w="2304"/>
        <w:gridCol w:w="1763"/>
        <w:gridCol w:w="1763"/>
        <w:gridCol w:w="1763"/>
        <w:gridCol w:w="1763"/>
        <w:gridCol w:w="3456"/>
      </w:tblGrid>
      <w:tr w:rsidR="007640C1" w14:paraId="255629C0" w14:textId="77777777" w:rsidTr="00E54D31">
        <w:trPr>
          <w:cantSplit/>
          <w:trHeight w:val="950"/>
          <w:jc w:val="center"/>
        </w:trPr>
        <w:tc>
          <w:tcPr>
            <w:tcW w:w="5000" w:type="pct"/>
            <w:gridSpan w:val="7"/>
            <w:tcBorders>
              <w:top w:val="single" w:sz="5" w:space="0" w:color="AAB6C3"/>
              <w:left w:val="single" w:sz="5" w:space="0" w:color="AAB6C3"/>
              <w:bottom w:val="single" w:sz="5" w:space="0" w:color="AAB6C3"/>
              <w:right w:val="single" w:sz="5" w:space="0" w:color="AAB6C3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4F93BB4D" w14:textId="77777777" w:rsidR="007640C1" w:rsidRDefault="00653370" w:rsidP="004C412D">
            <w:pPr>
              <w:bidi/>
            </w:pPr>
            <w:r>
              <w:rPr>
                <w:b/>
                <w:color w:val="2B5D8A"/>
                <w:rtl/>
              </w:rPr>
              <w:t>4.1 المشكلة أو الفرصة الحالية والحل المقترح.</w:t>
            </w:r>
          </w:p>
          <w:p w14:paraId="718563E5" w14:textId="76C7090E" w:rsidR="007640C1" w:rsidRDefault="00961D09" w:rsidP="004C412D">
            <w:pPr>
              <w:bidi/>
              <w:spacing w:before="20"/>
            </w:pPr>
            <w:r>
              <w:rPr>
                <w:rFonts w:hint="cs"/>
                <w:i/>
                <w:color w:val="666666"/>
                <w:sz w:val="13"/>
                <w:szCs w:val="20"/>
                <w:rtl/>
              </w:rPr>
              <w:t>ا</w:t>
            </w:r>
            <w:r w:rsidR="00653370" w:rsidRPr="009978D6">
              <w:rPr>
                <w:i/>
                <w:color w:val="666666"/>
                <w:sz w:val="13"/>
                <w:szCs w:val="20"/>
                <w:rtl/>
              </w:rPr>
              <w:t>شرح ما الذي يحتاج إلى تغيير، ولماذا التدخل مطلوب الآن، وكيف سيحل ا</w:t>
            </w:r>
            <w:r w:rsidR="004C412D" w:rsidRPr="009978D6">
              <w:rPr>
                <w:rFonts w:hint="cs"/>
                <w:i/>
                <w:color w:val="666666"/>
                <w:sz w:val="13"/>
                <w:szCs w:val="20"/>
                <w:rtl/>
              </w:rPr>
              <w:t>لإ</w:t>
            </w:r>
            <w:r w:rsidR="00653370" w:rsidRPr="009978D6">
              <w:rPr>
                <w:i/>
                <w:color w:val="666666"/>
                <w:sz w:val="13"/>
                <w:szCs w:val="20"/>
                <w:rtl/>
              </w:rPr>
              <w:t>ستثمار المقترح المشكلة أو يغتنم الفرصة (من الناحية المالية والتنموية، والتوافق مع أنظمة الجهة الحاكمة). وهل يظهر الأثر على المدى الطويل أم القصير.</w:t>
            </w:r>
          </w:p>
        </w:tc>
      </w:tr>
      <w:tr w:rsidR="007640C1" w14:paraId="4BE04ABD" w14:textId="77777777" w:rsidTr="00E6272A">
        <w:trPr>
          <w:cantSplit/>
          <w:tblHeader/>
          <w:jc w:val="center"/>
        </w:trPr>
        <w:tc>
          <w:tcPr>
            <w:tcW w:w="748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58C7168" w14:textId="77777777" w:rsidR="007640C1" w:rsidRDefault="00653370" w:rsidP="004C412D">
            <w:pPr>
              <w:bidi/>
            </w:pPr>
            <w:r>
              <w:rPr>
                <w:b/>
                <w:color w:val="FFFFFF"/>
                <w:sz w:val="14"/>
                <w:rtl/>
              </w:rPr>
              <w:t>البند / النشاط</w:t>
            </w:r>
          </w:p>
        </w:tc>
        <w:tc>
          <w:tcPr>
            <w:tcW w:w="76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7E787A3" w14:textId="1812902F" w:rsidR="007640C1" w:rsidRDefault="00653370" w:rsidP="004C412D">
            <w:pPr>
              <w:bidi/>
            </w:pPr>
            <w:r>
              <w:rPr>
                <w:b/>
                <w:color w:val="FFFFFF"/>
                <w:sz w:val="14"/>
                <w:rtl/>
              </w:rPr>
              <w:t xml:space="preserve">فئة </w:t>
            </w:r>
            <w:r w:rsidR="00961D09">
              <w:rPr>
                <w:rFonts w:hint="cs"/>
                <w:b/>
                <w:color w:val="FFFFFF"/>
                <w:sz w:val="14"/>
                <w:rtl/>
              </w:rPr>
              <w:t>ا</w:t>
            </w:r>
            <w:r>
              <w:rPr>
                <w:b/>
                <w:color w:val="FFFFFF"/>
                <w:sz w:val="14"/>
                <w:rtl/>
              </w:rPr>
              <w:t>ستخدام المنحة المؤهلة</w:t>
            </w:r>
          </w:p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84B3E92" w14:textId="77777777" w:rsidR="007640C1" w:rsidRDefault="00653370" w:rsidP="004C412D">
            <w:pPr>
              <w:bidi/>
            </w:pPr>
            <w:r>
              <w:rPr>
                <w:b/>
                <w:color w:val="FFFFFF"/>
                <w:sz w:val="14"/>
                <w:rtl/>
              </w:rPr>
              <w:t>الكمية / النطاق</w:t>
            </w:r>
          </w:p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9AC5661" w14:textId="77777777" w:rsidR="007640C1" w:rsidRDefault="00653370" w:rsidP="004C412D">
            <w:pPr>
              <w:bidi/>
            </w:pPr>
            <w:r>
              <w:rPr>
                <w:b/>
                <w:color w:val="FFFFFF"/>
                <w:sz w:val="14"/>
                <w:rtl/>
              </w:rPr>
              <w:t>الإجمالي (يورو)</w:t>
            </w:r>
          </w:p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37AC471" w14:textId="77777777" w:rsidR="007640C1" w:rsidRDefault="00653370" w:rsidP="004C412D">
            <w:pPr>
              <w:bidi/>
            </w:pPr>
            <w:r>
              <w:rPr>
                <w:b/>
                <w:color w:val="FFFFFF"/>
                <w:sz w:val="14"/>
                <w:rtl/>
              </w:rPr>
              <w:t>المنحة (يورو)</w:t>
            </w:r>
          </w:p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7CF10F8" w14:textId="77777777" w:rsidR="007640C1" w:rsidRDefault="00653370" w:rsidP="004C412D">
            <w:pPr>
              <w:bidi/>
            </w:pPr>
            <w:r>
              <w:rPr>
                <w:b/>
                <w:color w:val="FFFFFF"/>
                <w:sz w:val="14"/>
                <w:rtl/>
              </w:rPr>
              <w:t>مساهمة مقدم الطلب (يورو)</w:t>
            </w:r>
          </w:p>
        </w:tc>
        <w:tc>
          <w:tcPr>
            <w:tcW w:w="1147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DCAE5D7" w14:textId="77777777" w:rsidR="007640C1" w:rsidRDefault="00653370" w:rsidP="004C412D">
            <w:pPr>
              <w:bidi/>
            </w:pPr>
            <w:r>
              <w:rPr>
                <w:b/>
                <w:color w:val="FFFFFF"/>
                <w:sz w:val="14"/>
                <w:rtl/>
              </w:rPr>
              <w:t>النتيجة المتوقعة</w:t>
            </w:r>
          </w:p>
        </w:tc>
      </w:tr>
      <w:tr w:rsidR="007640C1" w14:paraId="277783DF" w14:textId="77777777" w:rsidTr="00E6272A">
        <w:trPr>
          <w:cantSplit/>
          <w:trHeight w:val="320"/>
          <w:jc w:val="center"/>
        </w:trPr>
        <w:tc>
          <w:tcPr>
            <w:tcW w:w="748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A00222" w14:textId="77777777" w:rsidR="007640C1" w:rsidRDefault="007640C1"/>
        </w:tc>
        <w:tc>
          <w:tcPr>
            <w:tcW w:w="76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37ECB82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2522F7D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F4B298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7741F14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CD8FC09" w14:textId="77777777" w:rsidR="007640C1" w:rsidRDefault="007640C1"/>
        </w:tc>
        <w:tc>
          <w:tcPr>
            <w:tcW w:w="1147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B49C0D6" w14:textId="77777777" w:rsidR="007640C1" w:rsidRDefault="007640C1"/>
        </w:tc>
      </w:tr>
      <w:tr w:rsidR="007640C1" w14:paraId="7A8CA447" w14:textId="77777777" w:rsidTr="00E6272A">
        <w:trPr>
          <w:cantSplit/>
          <w:trHeight w:val="320"/>
          <w:jc w:val="center"/>
        </w:trPr>
        <w:tc>
          <w:tcPr>
            <w:tcW w:w="748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0AC958" w14:textId="77777777" w:rsidR="007640C1" w:rsidRDefault="007640C1"/>
        </w:tc>
        <w:tc>
          <w:tcPr>
            <w:tcW w:w="76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DB0BCF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D60F20C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3274C5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9B6B588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5F07EF" w14:textId="77777777" w:rsidR="007640C1" w:rsidRDefault="007640C1"/>
        </w:tc>
        <w:tc>
          <w:tcPr>
            <w:tcW w:w="1147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5C03A62" w14:textId="77777777" w:rsidR="007640C1" w:rsidRDefault="007640C1"/>
        </w:tc>
      </w:tr>
      <w:tr w:rsidR="007640C1" w14:paraId="0DDB8218" w14:textId="77777777" w:rsidTr="00E6272A">
        <w:trPr>
          <w:cantSplit/>
          <w:trHeight w:val="320"/>
          <w:jc w:val="center"/>
        </w:trPr>
        <w:tc>
          <w:tcPr>
            <w:tcW w:w="748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0874077" w14:textId="77777777" w:rsidR="007640C1" w:rsidRDefault="007640C1"/>
        </w:tc>
        <w:tc>
          <w:tcPr>
            <w:tcW w:w="76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C0D4B1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3AC84BD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C6CFDF6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C577BCA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334E1C7" w14:textId="77777777" w:rsidR="007640C1" w:rsidRDefault="007640C1"/>
        </w:tc>
        <w:tc>
          <w:tcPr>
            <w:tcW w:w="1147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EC670A0" w14:textId="77777777" w:rsidR="007640C1" w:rsidRDefault="007640C1"/>
        </w:tc>
      </w:tr>
      <w:tr w:rsidR="007640C1" w14:paraId="453DB9D2" w14:textId="77777777" w:rsidTr="00E6272A">
        <w:trPr>
          <w:cantSplit/>
          <w:trHeight w:val="320"/>
          <w:jc w:val="center"/>
        </w:trPr>
        <w:tc>
          <w:tcPr>
            <w:tcW w:w="748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91A8FA3" w14:textId="77777777" w:rsidR="007640C1" w:rsidRDefault="007640C1"/>
        </w:tc>
        <w:tc>
          <w:tcPr>
            <w:tcW w:w="76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052D8A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0B0F25C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4E6420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63FC03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C7D781" w14:textId="77777777" w:rsidR="007640C1" w:rsidRDefault="007640C1"/>
        </w:tc>
        <w:tc>
          <w:tcPr>
            <w:tcW w:w="1147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0A35696" w14:textId="77777777" w:rsidR="007640C1" w:rsidRDefault="007640C1"/>
        </w:tc>
      </w:tr>
      <w:tr w:rsidR="007640C1" w14:paraId="20338A1F" w14:textId="77777777" w:rsidTr="00E6272A">
        <w:trPr>
          <w:cantSplit/>
          <w:trHeight w:val="320"/>
          <w:jc w:val="center"/>
        </w:trPr>
        <w:tc>
          <w:tcPr>
            <w:tcW w:w="748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C0E748B" w14:textId="77777777" w:rsidR="007640C1" w:rsidRDefault="007640C1"/>
        </w:tc>
        <w:tc>
          <w:tcPr>
            <w:tcW w:w="76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199EEBD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9686E0E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652B4B4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DEB236A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0BA5650" w14:textId="77777777" w:rsidR="007640C1" w:rsidRDefault="007640C1"/>
        </w:tc>
        <w:tc>
          <w:tcPr>
            <w:tcW w:w="1147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78E111D" w14:textId="77777777" w:rsidR="007640C1" w:rsidRDefault="007640C1"/>
        </w:tc>
      </w:tr>
      <w:tr w:rsidR="007640C1" w14:paraId="108D37BD" w14:textId="77777777" w:rsidTr="00E6272A">
        <w:trPr>
          <w:cantSplit/>
          <w:trHeight w:val="320"/>
          <w:jc w:val="center"/>
        </w:trPr>
        <w:tc>
          <w:tcPr>
            <w:tcW w:w="748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4469DCD" w14:textId="77777777" w:rsidR="007640C1" w:rsidRDefault="007640C1"/>
        </w:tc>
        <w:tc>
          <w:tcPr>
            <w:tcW w:w="76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420B9CE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6850941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8C0A7EE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F71A78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BF529A" w14:textId="77777777" w:rsidR="007640C1" w:rsidRDefault="007640C1"/>
        </w:tc>
        <w:tc>
          <w:tcPr>
            <w:tcW w:w="1147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9D08BBA" w14:textId="77777777" w:rsidR="007640C1" w:rsidRDefault="007640C1"/>
        </w:tc>
      </w:tr>
      <w:tr w:rsidR="007640C1" w14:paraId="76B0C247" w14:textId="77777777" w:rsidTr="00E6272A">
        <w:trPr>
          <w:cantSplit/>
          <w:trHeight w:val="320"/>
          <w:jc w:val="center"/>
        </w:trPr>
        <w:tc>
          <w:tcPr>
            <w:tcW w:w="748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A006FC" w14:textId="77777777" w:rsidR="007640C1" w:rsidRDefault="007640C1"/>
        </w:tc>
        <w:tc>
          <w:tcPr>
            <w:tcW w:w="76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38A34C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9DD8BD3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34A0919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4BF00D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E45191C" w14:textId="77777777" w:rsidR="007640C1" w:rsidRDefault="007640C1"/>
        </w:tc>
        <w:tc>
          <w:tcPr>
            <w:tcW w:w="1147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BE120B6" w14:textId="77777777" w:rsidR="007640C1" w:rsidRDefault="007640C1"/>
        </w:tc>
      </w:tr>
      <w:tr w:rsidR="007640C1" w14:paraId="5317CC0A" w14:textId="77777777" w:rsidTr="00E6272A">
        <w:trPr>
          <w:cantSplit/>
          <w:trHeight w:val="300"/>
          <w:jc w:val="center"/>
        </w:trPr>
        <w:tc>
          <w:tcPr>
            <w:tcW w:w="748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6D6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1A07AA" w14:textId="77777777" w:rsidR="007640C1" w:rsidRDefault="00653370" w:rsidP="004C412D">
            <w:pPr>
              <w:bidi/>
            </w:pPr>
            <w:r>
              <w:rPr>
                <w:b/>
                <w:color w:val="1F2933"/>
                <w:sz w:val="16"/>
                <w:rtl/>
              </w:rPr>
              <w:t>الإجمالي</w:t>
            </w:r>
          </w:p>
        </w:tc>
        <w:tc>
          <w:tcPr>
            <w:tcW w:w="76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6D6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A4F7EC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6D6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6C7F99E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6D6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BFF6EB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6D6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F706B03" w14:textId="77777777" w:rsidR="007640C1" w:rsidRDefault="007640C1"/>
        </w:tc>
        <w:tc>
          <w:tcPr>
            <w:tcW w:w="585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6D6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6C64388" w14:textId="77777777" w:rsidR="007640C1" w:rsidRDefault="007640C1"/>
        </w:tc>
        <w:tc>
          <w:tcPr>
            <w:tcW w:w="1147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6D6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19928C" w14:textId="77777777" w:rsidR="007640C1" w:rsidRDefault="007640C1"/>
        </w:tc>
      </w:tr>
      <w:tr w:rsidR="007640C1" w14:paraId="57EF6A9B" w14:textId="77777777" w:rsidTr="00E54D31">
        <w:trPr>
          <w:cantSplit/>
          <w:trHeight w:val="390"/>
          <w:jc w:val="center"/>
        </w:trPr>
        <w:tc>
          <w:tcPr>
            <w:tcW w:w="2098" w:type="pct"/>
            <w:gridSpan w:val="3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FB8AE7" w14:textId="77777777" w:rsidR="007640C1" w:rsidRDefault="00653370" w:rsidP="004C412D">
            <w:pPr>
              <w:bidi/>
            </w:pPr>
            <w:r>
              <w:rPr>
                <w:b/>
                <w:color w:val="1F2933"/>
                <w:sz w:val="15"/>
                <w:rtl/>
              </w:rPr>
              <w:t>4.2 لماذا هذا الخيار وما مدى تحقيقه لأفضل قيمة مقابل التكلفة؟</w:t>
            </w:r>
          </w:p>
        </w:tc>
        <w:tc>
          <w:tcPr>
            <w:tcW w:w="2902" w:type="pct"/>
            <w:gridSpan w:val="4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70C8FA5" w14:textId="186D8656" w:rsidR="007640C1" w:rsidRDefault="00653370" w:rsidP="004C412D">
            <w:pPr>
              <w:bidi/>
            </w:pPr>
            <w:r>
              <w:rPr>
                <w:i/>
                <w:color w:val="666666"/>
                <w:sz w:val="15"/>
                <w:rtl/>
              </w:rPr>
              <w:t>قارن الخيار المقترح بالبدائل العملية و</w:t>
            </w:r>
            <w:r w:rsidR="00833EB4">
              <w:rPr>
                <w:rFonts w:hint="cs"/>
                <w:i/>
                <w:color w:val="666666"/>
                <w:sz w:val="15"/>
                <w:rtl/>
              </w:rPr>
              <w:t>ا</w:t>
            </w:r>
            <w:r>
              <w:rPr>
                <w:i/>
                <w:color w:val="666666"/>
                <w:sz w:val="15"/>
                <w:rtl/>
              </w:rPr>
              <w:t>شرح سبب معقولية التكلفة والمواصفات والفائدة المتوقعة.</w:t>
            </w:r>
          </w:p>
        </w:tc>
      </w:tr>
      <w:tr w:rsidR="007640C1" w14:paraId="4DE95144" w14:textId="77777777" w:rsidTr="00E54D31">
        <w:trPr>
          <w:cantSplit/>
          <w:trHeight w:val="390"/>
          <w:jc w:val="center"/>
        </w:trPr>
        <w:tc>
          <w:tcPr>
            <w:tcW w:w="2098" w:type="pct"/>
            <w:gridSpan w:val="3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D9A8F5" w14:textId="77777777" w:rsidR="007640C1" w:rsidRDefault="00653370" w:rsidP="004C412D">
            <w:pPr>
              <w:bidi/>
            </w:pPr>
            <w:r>
              <w:rPr>
                <w:b/>
                <w:color w:val="1F2933"/>
                <w:sz w:val="15"/>
                <w:rtl/>
              </w:rPr>
              <w:t>التكنولوجيا / التحسين الرقمي</w:t>
            </w:r>
          </w:p>
        </w:tc>
        <w:tc>
          <w:tcPr>
            <w:tcW w:w="2902" w:type="pct"/>
            <w:gridSpan w:val="4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7338104" w14:textId="77777777" w:rsidR="007640C1" w:rsidRDefault="00653370" w:rsidP="004C412D">
            <w:pPr>
              <w:bidi/>
            </w:pPr>
            <w:r>
              <w:rPr>
                <w:i/>
                <w:color w:val="666666"/>
                <w:sz w:val="15"/>
                <w:rtl/>
              </w:rPr>
              <w:t>صف أي تقنية جديدة أو عملية أو برمجية أو نظام أو ابتكار في الخدمة.</w:t>
            </w:r>
          </w:p>
        </w:tc>
      </w:tr>
      <w:tr w:rsidR="007640C1" w14:paraId="7F2777B3" w14:textId="77777777" w:rsidTr="00E54D31">
        <w:trPr>
          <w:cantSplit/>
          <w:trHeight w:val="390"/>
          <w:jc w:val="center"/>
        </w:trPr>
        <w:tc>
          <w:tcPr>
            <w:tcW w:w="2098" w:type="pct"/>
            <w:gridSpan w:val="3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DF7D3E" w14:textId="445EF01C" w:rsidR="007640C1" w:rsidRDefault="00653370" w:rsidP="004C412D">
            <w:pPr>
              <w:bidi/>
            </w:pPr>
            <w:r>
              <w:rPr>
                <w:b/>
                <w:color w:val="1F2933"/>
                <w:sz w:val="15"/>
                <w:rtl/>
              </w:rPr>
              <w:t xml:space="preserve">الفائدة </w:t>
            </w:r>
            <w:r w:rsidR="0058701A">
              <w:rPr>
                <w:rFonts w:hint="cs"/>
                <w:b/>
                <w:color w:val="1F2933"/>
                <w:sz w:val="15"/>
                <w:rtl/>
              </w:rPr>
              <w:t xml:space="preserve">(الطاقة البديلة) </w:t>
            </w:r>
            <w:r>
              <w:rPr>
                <w:b/>
                <w:color w:val="1F2933"/>
                <w:sz w:val="15"/>
                <w:rtl/>
              </w:rPr>
              <w:t xml:space="preserve">الخضراء / كفاءة </w:t>
            </w:r>
            <w:r w:rsidR="00833EB4">
              <w:rPr>
                <w:rFonts w:hint="cs"/>
                <w:b/>
                <w:color w:val="1F2933"/>
                <w:sz w:val="15"/>
                <w:rtl/>
              </w:rPr>
              <w:t>ا</w:t>
            </w:r>
            <w:r>
              <w:rPr>
                <w:b/>
                <w:color w:val="1F2933"/>
                <w:sz w:val="15"/>
                <w:rtl/>
              </w:rPr>
              <w:t>ستخدام الموارد</w:t>
            </w:r>
          </w:p>
        </w:tc>
        <w:tc>
          <w:tcPr>
            <w:tcW w:w="2902" w:type="pct"/>
            <w:gridSpan w:val="4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AD45757" w14:textId="711EF744" w:rsidR="007640C1" w:rsidRDefault="00C270C7" w:rsidP="004C412D">
            <w:pPr>
              <w:bidi/>
            </w:pPr>
            <w:r>
              <w:rPr>
                <w:rFonts w:hint="cs"/>
                <w:i/>
                <w:color w:val="666666"/>
                <w:sz w:val="15"/>
                <w:rtl/>
              </w:rPr>
              <w:t>أ</w:t>
            </w:r>
            <w:r w:rsidR="00653370">
              <w:rPr>
                <w:i/>
                <w:color w:val="666666"/>
                <w:sz w:val="15"/>
                <w:rtl/>
              </w:rPr>
              <w:t>ذكر الوفورات المتوقعة في الطاقة</w:t>
            </w:r>
            <w:r>
              <w:rPr>
                <w:rFonts w:hint="cs"/>
                <w:i/>
                <w:color w:val="666666"/>
                <w:sz w:val="15"/>
                <w:rtl/>
              </w:rPr>
              <w:t>،</w:t>
            </w:r>
            <w:r w:rsidR="00653370">
              <w:rPr>
                <w:i/>
                <w:color w:val="666666"/>
                <w:sz w:val="15"/>
                <w:rtl/>
              </w:rPr>
              <w:t xml:space="preserve"> أو المياه</w:t>
            </w:r>
            <w:r>
              <w:rPr>
                <w:rFonts w:hint="cs"/>
                <w:i/>
                <w:color w:val="666666"/>
                <w:sz w:val="15"/>
                <w:rtl/>
              </w:rPr>
              <w:t>،</w:t>
            </w:r>
            <w:r w:rsidR="00653370">
              <w:rPr>
                <w:i/>
                <w:color w:val="666666"/>
                <w:sz w:val="15"/>
                <w:rtl/>
              </w:rPr>
              <w:t xml:space="preserve"> أو المواد</w:t>
            </w:r>
            <w:r>
              <w:rPr>
                <w:rFonts w:hint="cs"/>
                <w:i/>
                <w:color w:val="666666"/>
                <w:sz w:val="15"/>
                <w:rtl/>
              </w:rPr>
              <w:t>،</w:t>
            </w:r>
            <w:r w:rsidR="00653370">
              <w:rPr>
                <w:i/>
                <w:color w:val="666666"/>
                <w:sz w:val="15"/>
                <w:rtl/>
              </w:rPr>
              <w:t xml:space="preserve"> أو النفايات</w:t>
            </w:r>
            <w:r>
              <w:rPr>
                <w:rFonts w:hint="cs"/>
                <w:i/>
                <w:color w:val="666666"/>
                <w:sz w:val="15"/>
                <w:rtl/>
              </w:rPr>
              <w:t>،</w:t>
            </w:r>
            <w:r w:rsidR="00653370">
              <w:rPr>
                <w:i/>
                <w:color w:val="666666"/>
                <w:sz w:val="15"/>
                <w:rtl/>
              </w:rPr>
              <w:t xml:space="preserve"> أو ا</w:t>
            </w:r>
            <w:r>
              <w:rPr>
                <w:rFonts w:hint="cs"/>
                <w:i/>
                <w:color w:val="666666"/>
                <w:sz w:val="15"/>
                <w:rtl/>
              </w:rPr>
              <w:t>لإ</w:t>
            </w:r>
            <w:r w:rsidR="00653370">
              <w:rPr>
                <w:i/>
                <w:color w:val="666666"/>
                <w:sz w:val="15"/>
                <w:rtl/>
              </w:rPr>
              <w:t>نبعاثات وكيفية قياسها.</w:t>
            </w:r>
          </w:p>
        </w:tc>
      </w:tr>
      <w:tr w:rsidR="007640C1" w14:paraId="13DD9195" w14:textId="77777777" w:rsidTr="00E54D31">
        <w:trPr>
          <w:cantSplit/>
          <w:trHeight w:val="390"/>
          <w:jc w:val="center"/>
        </w:trPr>
        <w:tc>
          <w:tcPr>
            <w:tcW w:w="2098" w:type="pct"/>
            <w:gridSpan w:val="3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827F8BA" w14:textId="77777777" w:rsidR="007640C1" w:rsidRDefault="00653370" w:rsidP="004C412D">
            <w:pPr>
              <w:bidi/>
            </w:pPr>
            <w:r>
              <w:rPr>
                <w:b/>
                <w:color w:val="1F2933"/>
                <w:sz w:val="15"/>
                <w:rtl/>
              </w:rPr>
              <w:t>الجاهزية القانونية / التقنية</w:t>
            </w:r>
          </w:p>
        </w:tc>
        <w:tc>
          <w:tcPr>
            <w:tcW w:w="2902" w:type="pct"/>
            <w:gridSpan w:val="4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07DC439" w14:textId="6952A49B" w:rsidR="007640C1" w:rsidRDefault="00C270C7" w:rsidP="004C412D">
            <w:pPr>
              <w:bidi/>
            </w:pPr>
            <w:r>
              <w:rPr>
                <w:rFonts w:hint="cs"/>
                <w:i/>
                <w:color w:val="666666"/>
                <w:sz w:val="15"/>
                <w:rtl/>
              </w:rPr>
              <w:t>أ</w:t>
            </w:r>
            <w:r w:rsidR="00653370">
              <w:rPr>
                <w:i/>
                <w:color w:val="666666"/>
                <w:sz w:val="15"/>
                <w:rtl/>
              </w:rPr>
              <w:t>ذكر المواصفات والتصاريح والتراخيص وموافقات المؤجر والتصاميم المهنية أو الدراسات التقنية المطلوبة.</w:t>
            </w:r>
          </w:p>
        </w:tc>
      </w:tr>
    </w:tbl>
    <w:p w14:paraId="5094B4ED" w14:textId="77777777" w:rsidR="00E54D31" w:rsidRDefault="00E54D31">
      <w:pPr>
        <w:bidi/>
        <w:spacing w:before="80" w:after="40"/>
        <w:rPr>
          <w:b/>
          <w:color w:val="173E69"/>
          <w:sz w:val="26"/>
          <w:rtl/>
        </w:rPr>
      </w:pPr>
    </w:p>
    <w:p w14:paraId="01B4B731" w14:textId="77777777" w:rsidR="00E54D31" w:rsidRDefault="00E54D31">
      <w:pPr>
        <w:bidi/>
        <w:spacing w:after="200" w:line="276" w:lineRule="auto"/>
        <w:rPr>
          <w:b/>
          <w:color w:val="173E69"/>
          <w:sz w:val="26"/>
          <w:rtl/>
        </w:rPr>
      </w:pPr>
      <w:r>
        <w:rPr>
          <w:b/>
          <w:color w:val="173E69"/>
          <w:sz w:val="26"/>
          <w:rtl/>
        </w:rPr>
        <w:br w:type="page"/>
      </w:r>
    </w:p>
    <w:p w14:paraId="0CE494F7" w14:textId="77777777" w:rsidR="00E54D31" w:rsidRDefault="00E54D31">
      <w:pPr>
        <w:bidi/>
        <w:spacing w:before="80" w:after="40"/>
        <w:rPr>
          <w:b/>
          <w:color w:val="173E69"/>
          <w:sz w:val="26"/>
          <w:rtl/>
        </w:rPr>
        <w:sectPr w:rsidR="00E54D31" w:rsidSect="00E54D31">
          <w:pgSz w:w="16834" w:h="11909" w:orient="landscape"/>
          <w:pgMar w:top="749" w:right="893" w:bottom="749" w:left="864" w:header="173" w:footer="259" w:gutter="0"/>
          <w:cols w:space="720"/>
          <w:bidi/>
          <w:docGrid w:linePitch="360"/>
        </w:sectPr>
      </w:pPr>
    </w:p>
    <w:p w14:paraId="05FDCB97" w14:textId="548F0318" w:rsidR="007640C1" w:rsidRDefault="004712F6">
      <w:pPr>
        <w:bidi/>
        <w:spacing w:before="80" w:after="40"/>
      </w:pPr>
      <w:r>
        <w:rPr>
          <w:rFonts w:hint="cs"/>
          <w:b/>
          <w:color w:val="173E69"/>
          <w:sz w:val="26"/>
          <w:rtl/>
        </w:rPr>
        <w:t>5</w:t>
      </w:r>
      <w:r w:rsidR="00653370">
        <w:rPr>
          <w:b/>
          <w:color w:val="173E69"/>
          <w:sz w:val="26"/>
          <w:rtl/>
        </w:rPr>
        <w:t>. الخطة المالية والأثر التنموي</w:t>
      </w:r>
      <w:r w:rsidR="00653370">
        <w:rPr>
          <w:i/>
          <w:color w:val="6B7280"/>
          <w:sz w:val="15"/>
          <w:rtl/>
        </w:rPr>
        <w:t xml:space="preserve">  |  محور التقييم: الجدوى المالية والنتائج القابلة للقياس</w:t>
      </w:r>
    </w:p>
    <w:p w14:paraId="770800F0" w14:textId="77777777" w:rsidR="006C6D6A" w:rsidRDefault="006C6D6A">
      <w:pPr>
        <w:bidi/>
        <w:spacing w:before="20" w:after="20"/>
        <w:rPr>
          <w:b/>
          <w:color w:val="173E69"/>
          <w:sz w:val="18"/>
          <w:rtl/>
        </w:rPr>
      </w:pPr>
    </w:p>
    <w:p w14:paraId="747805D7" w14:textId="1B7EB6F9" w:rsidR="007640C1" w:rsidRDefault="004712F6">
      <w:pPr>
        <w:bidi/>
        <w:spacing w:before="20" w:after="20"/>
      </w:pPr>
      <w:r>
        <w:rPr>
          <w:rFonts w:hint="cs"/>
          <w:b/>
          <w:color w:val="173E69"/>
          <w:sz w:val="18"/>
          <w:rtl/>
        </w:rPr>
        <w:t>5</w:t>
      </w:r>
      <w:r w:rsidR="00653370">
        <w:rPr>
          <w:b/>
          <w:color w:val="173E69"/>
          <w:sz w:val="18"/>
          <w:rtl/>
        </w:rPr>
        <w:t>.1 ملخص مالي تاريخي</w:t>
      </w:r>
    </w:p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2232"/>
        <w:gridCol w:w="2664"/>
        <w:gridCol w:w="2332"/>
      </w:tblGrid>
      <w:tr w:rsidR="007640C1" w14:paraId="36359BAF" w14:textId="77777777">
        <w:trPr>
          <w:cantSplit/>
          <w:tblHeader/>
          <w:jc w:val="center"/>
        </w:trPr>
        <w:tc>
          <w:tcPr>
            <w:tcW w:w="316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850CD4" w14:textId="77777777" w:rsidR="007640C1" w:rsidRDefault="00653370" w:rsidP="008E4058">
            <w:pPr>
              <w:bidi/>
            </w:pPr>
            <w:r>
              <w:rPr>
                <w:b/>
                <w:color w:val="FFFFFF"/>
                <w:sz w:val="15"/>
                <w:rtl/>
              </w:rPr>
              <w:t>البند المالي</w:t>
            </w:r>
          </w:p>
        </w:tc>
        <w:tc>
          <w:tcPr>
            <w:tcW w:w="22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A4A0770" w14:textId="77777777" w:rsidR="007640C1" w:rsidRDefault="00653370" w:rsidP="008E4058">
            <w:pPr>
              <w:bidi/>
            </w:pPr>
            <w:r>
              <w:rPr>
                <w:b/>
                <w:color w:val="FFFFFF"/>
                <w:sz w:val="15"/>
                <w:rtl/>
              </w:rPr>
              <w:t>السنة السابقة</w:t>
            </w:r>
          </w:p>
        </w:tc>
        <w:tc>
          <w:tcPr>
            <w:tcW w:w="266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0C5F82" w14:textId="77777777" w:rsidR="007640C1" w:rsidRDefault="00653370" w:rsidP="008E4058">
            <w:pPr>
              <w:bidi/>
            </w:pPr>
            <w:r>
              <w:rPr>
                <w:b/>
                <w:color w:val="FFFFFF"/>
                <w:sz w:val="15"/>
                <w:rtl/>
              </w:rPr>
              <w:t>آخر سنة مكتملة / منذ بداية السنة حتى تاريخه</w:t>
            </w:r>
          </w:p>
        </w:tc>
        <w:tc>
          <w:tcPr>
            <w:tcW w:w="23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6B8AF9B" w14:textId="77777777" w:rsidR="007640C1" w:rsidRDefault="00653370" w:rsidP="008E4058">
            <w:pPr>
              <w:bidi/>
            </w:pPr>
            <w:r>
              <w:rPr>
                <w:b/>
                <w:color w:val="FFFFFF"/>
                <w:sz w:val="15"/>
                <w:rtl/>
              </w:rPr>
              <w:t>العملة / ملاحظات</w:t>
            </w:r>
          </w:p>
        </w:tc>
      </w:tr>
      <w:tr w:rsidR="007640C1" w14:paraId="707D9E7F" w14:textId="77777777">
        <w:trPr>
          <w:cantSplit/>
          <w:trHeight w:val="300"/>
          <w:jc w:val="center"/>
        </w:trPr>
        <w:tc>
          <w:tcPr>
            <w:tcW w:w="316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1A26243" w14:textId="745ACE59" w:rsidR="007640C1" w:rsidRDefault="00542AD7" w:rsidP="008E4058">
            <w:pPr>
              <w:bidi/>
            </w:pPr>
            <w:r>
              <w:rPr>
                <w:b/>
                <w:color w:val="1F2933"/>
                <w:sz w:val="15"/>
                <w:rtl/>
              </w:rPr>
              <w:t>إجمالي الإيرادات</w:t>
            </w:r>
          </w:p>
        </w:tc>
        <w:tc>
          <w:tcPr>
            <w:tcW w:w="22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DA08E71" w14:textId="77777777" w:rsidR="007640C1" w:rsidRDefault="007640C1" w:rsidP="008E4058">
            <w:pPr>
              <w:bidi/>
            </w:pPr>
          </w:p>
        </w:tc>
        <w:tc>
          <w:tcPr>
            <w:tcW w:w="266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3854051" w14:textId="77777777" w:rsidR="007640C1" w:rsidRDefault="007640C1" w:rsidP="008E4058">
            <w:pPr>
              <w:bidi/>
            </w:pPr>
          </w:p>
        </w:tc>
        <w:tc>
          <w:tcPr>
            <w:tcW w:w="23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015745" w14:textId="77777777" w:rsidR="007640C1" w:rsidRDefault="007640C1" w:rsidP="008E4058">
            <w:pPr>
              <w:bidi/>
            </w:pPr>
          </w:p>
        </w:tc>
      </w:tr>
      <w:tr w:rsidR="007640C1" w14:paraId="012DB990" w14:textId="77777777">
        <w:trPr>
          <w:cantSplit/>
          <w:trHeight w:val="300"/>
          <w:jc w:val="center"/>
        </w:trPr>
        <w:tc>
          <w:tcPr>
            <w:tcW w:w="316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E366354" w14:textId="77777777" w:rsidR="007640C1" w:rsidRDefault="00653370" w:rsidP="008E4058">
            <w:pPr>
              <w:bidi/>
            </w:pPr>
            <w:r>
              <w:rPr>
                <w:b/>
                <w:color w:val="1F2933"/>
                <w:sz w:val="15"/>
                <w:rtl/>
              </w:rPr>
              <w:t>دخل المنح / الجهات المانحة (للمنظمات غير الحكومية)</w:t>
            </w:r>
          </w:p>
        </w:tc>
        <w:tc>
          <w:tcPr>
            <w:tcW w:w="22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78D444A" w14:textId="77777777" w:rsidR="007640C1" w:rsidRDefault="007640C1" w:rsidP="008E4058">
            <w:pPr>
              <w:bidi/>
            </w:pPr>
          </w:p>
        </w:tc>
        <w:tc>
          <w:tcPr>
            <w:tcW w:w="266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1819C41" w14:textId="77777777" w:rsidR="007640C1" w:rsidRDefault="007640C1" w:rsidP="008E4058">
            <w:pPr>
              <w:bidi/>
            </w:pPr>
          </w:p>
        </w:tc>
        <w:tc>
          <w:tcPr>
            <w:tcW w:w="23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544D7F" w14:textId="77777777" w:rsidR="007640C1" w:rsidRDefault="007640C1" w:rsidP="008E4058">
            <w:pPr>
              <w:bidi/>
            </w:pPr>
          </w:p>
        </w:tc>
      </w:tr>
      <w:tr w:rsidR="007640C1" w14:paraId="3777FF73" w14:textId="77777777">
        <w:trPr>
          <w:cantSplit/>
          <w:trHeight w:val="300"/>
          <w:jc w:val="center"/>
        </w:trPr>
        <w:tc>
          <w:tcPr>
            <w:tcW w:w="316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34742C" w14:textId="6B4FD952" w:rsidR="007640C1" w:rsidRDefault="00653370" w:rsidP="008E4058">
            <w:pPr>
              <w:bidi/>
            </w:pPr>
            <w:r>
              <w:rPr>
                <w:b/>
                <w:color w:val="1F2933"/>
                <w:sz w:val="15"/>
                <w:rtl/>
              </w:rPr>
              <w:t>إجمالي تكاليف التشغيل (يشمل التكاليف المباشرة/تكلفة البضاعة المباعة والمصاريف التشغيلية)</w:t>
            </w:r>
          </w:p>
        </w:tc>
        <w:tc>
          <w:tcPr>
            <w:tcW w:w="22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15991EE" w14:textId="77777777" w:rsidR="007640C1" w:rsidRDefault="007640C1" w:rsidP="008E4058">
            <w:pPr>
              <w:bidi/>
            </w:pPr>
          </w:p>
        </w:tc>
        <w:tc>
          <w:tcPr>
            <w:tcW w:w="266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4402384" w14:textId="77777777" w:rsidR="007640C1" w:rsidRDefault="007640C1" w:rsidP="008E4058">
            <w:pPr>
              <w:bidi/>
            </w:pPr>
          </w:p>
        </w:tc>
        <w:tc>
          <w:tcPr>
            <w:tcW w:w="23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9F4071" w14:textId="77777777" w:rsidR="007640C1" w:rsidRDefault="007640C1" w:rsidP="008E4058">
            <w:pPr>
              <w:bidi/>
            </w:pPr>
          </w:p>
        </w:tc>
      </w:tr>
      <w:tr w:rsidR="007640C1" w14:paraId="2AA6B1DF" w14:textId="77777777">
        <w:trPr>
          <w:cantSplit/>
          <w:trHeight w:val="300"/>
          <w:jc w:val="center"/>
        </w:trPr>
        <w:tc>
          <w:tcPr>
            <w:tcW w:w="316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18FB4CC" w14:textId="77777777" w:rsidR="007640C1" w:rsidRDefault="00653370" w:rsidP="008E4058">
            <w:pPr>
              <w:bidi/>
            </w:pPr>
            <w:r>
              <w:rPr>
                <w:b/>
                <w:color w:val="1F2933"/>
                <w:sz w:val="15"/>
                <w:rtl/>
              </w:rPr>
              <w:t>صافي الربح / الفائض أو الخسارة</w:t>
            </w:r>
          </w:p>
        </w:tc>
        <w:tc>
          <w:tcPr>
            <w:tcW w:w="22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17BDAA" w14:textId="77777777" w:rsidR="007640C1" w:rsidRDefault="007640C1" w:rsidP="008E4058">
            <w:pPr>
              <w:bidi/>
            </w:pPr>
          </w:p>
        </w:tc>
        <w:tc>
          <w:tcPr>
            <w:tcW w:w="266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D40E82" w14:textId="77777777" w:rsidR="007640C1" w:rsidRDefault="007640C1" w:rsidP="008E4058">
            <w:pPr>
              <w:bidi/>
            </w:pPr>
          </w:p>
        </w:tc>
        <w:tc>
          <w:tcPr>
            <w:tcW w:w="23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03D4C58" w14:textId="77777777" w:rsidR="007640C1" w:rsidRDefault="007640C1" w:rsidP="008E4058">
            <w:pPr>
              <w:bidi/>
            </w:pPr>
          </w:p>
        </w:tc>
      </w:tr>
    </w:tbl>
    <w:p w14:paraId="07FD8FC8" w14:textId="77777777" w:rsidR="006C6D6A" w:rsidRDefault="006C6D6A"/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2232"/>
        <w:gridCol w:w="2664"/>
        <w:gridCol w:w="2332"/>
      </w:tblGrid>
      <w:tr w:rsidR="007640C1" w14:paraId="056C6D74" w14:textId="77777777">
        <w:trPr>
          <w:cantSplit/>
          <w:trHeight w:val="300"/>
          <w:jc w:val="center"/>
        </w:trPr>
        <w:tc>
          <w:tcPr>
            <w:tcW w:w="316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802930C" w14:textId="77777777" w:rsidR="007640C1" w:rsidRDefault="00653370" w:rsidP="008E4058">
            <w:pPr>
              <w:bidi/>
            </w:pPr>
            <w:r>
              <w:rPr>
                <w:b/>
                <w:color w:val="1F2933"/>
                <w:sz w:val="15"/>
                <w:rtl/>
              </w:rPr>
              <w:t>القروض / المستحقات القائمة</w:t>
            </w:r>
          </w:p>
        </w:tc>
        <w:tc>
          <w:tcPr>
            <w:tcW w:w="22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5D027CC" w14:textId="77777777" w:rsidR="007640C1" w:rsidRDefault="007640C1" w:rsidP="008E4058">
            <w:pPr>
              <w:bidi/>
            </w:pPr>
          </w:p>
        </w:tc>
        <w:tc>
          <w:tcPr>
            <w:tcW w:w="266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D93A14A" w14:textId="77777777" w:rsidR="007640C1" w:rsidRDefault="007640C1" w:rsidP="008E4058">
            <w:pPr>
              <w:bidi/>
            </w:pPr>
          </w:p>
        </w:tc>
        <w:tc>
          <w:tcPr>
            <w:tcW w:w="23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9F682E" w14:textId="77777777" w:rsidR="007640C1" w:rsidRDefault="007640C1" w:rsidP="008E4058">
            <w:pPr>
              <w:bidi/>
            </w:pPr>
          </w:p>
        </w:tc>
      </w:tr>
      <w:tr w:rsidR="00542AD7" w14:paraId="78AC6B00" w14:textId="77777777" w:rsidTr="00E6272A">
        <w:trPr>
          <w:cantSplit/>
          <w:trHeight w:val="300"/>
          <w:jc w:val="center"/>
        </w:trPr>
        <w:tc>
          <w:tcPr>
            <w:tcW w:w="316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002060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46C5F5" w14:textId="45097747" w:rsidR="00542AD7" w:rsidRDefault="00542AD7" w:rsidP="008E4058">
            <w:pPr>
              <w:bidi/>
              <w:rPr>
                <w:b/>
                <w:color w:val="1F2933"/>
                <w:sz w:val="15"/>
                <w:rtl/>
              </w:rPr>
            </w:pPr>
            <w:r>
              <w:rPr>
                <w:b/>
                <w:color w:val="FFFFFF"/>
                <w:sz w:val="15"/>
                <w:rtl/>
              </w:rPr>
              <w:t>البند</w:t>
            </w:r>
          </w:p>
        </w:tc>
        <w:tc>
          <w:tcPr>
            <w:tcW w:w="22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002060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252B5D" w14:textId="694C6CF4" w:rsidR="00542AD7" w:rsidRDefault="00542AD7" w:rsidP="008E4058">
            <w:pPr>
              <w:bidi/>
            </w:pPr>
            <w:r>
              <w:rPr>
                <w:b/>
                <w:color w:val="FFFFFF"/>
                <w:sz w:val="15"/>
                <w:rtl/>
              </w:rPr>
              <w:t>السنة السابقة</w:t>
            </w:r>
          </w:p>
        </w:tc>
        <w:tc>
          <w:tcPr>
            <w:tcW w:w="266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002060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DFD53B9" w14:textId="33FCB82A" w:rsidR="00542AD7" w:rsidRDefault="00542AD7" w:rsidP="008E4058">
            <w:pPr>
              <w:bidi/>
            </w:pPr>
            <w:r>
              <w:rPr>
                <w:b/>
                <w:color w:val="FFFFFF"/>
                <w:sz w:val="15"/>
                <w:rtl/>
              </w:rPr>
              <w:t>آخر سنة مكتملة / منذ بداية السنة حتى تاريخه</w:t>
            </w:r>
          </w:p>
        </w:tc>
        <w:tc>
          <w:tcPr>
            <w:tcW w:w="23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002060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A8197E2" w14:textId="2D04ECDE" w:rsidR="00542AD7" w:rsidRDefault="00542AD7" w:rsidP="008E4058">
            <w:pPr>
              <w:bidi/>
            </w:pPr>
            <w:r>
              <w:rPr>
                <w:b/>
                <w:color w:val="FFFFFF"/>
                <w:sz w:val="15"/>
                <w:rtl/>
              </w:rPr>
              <w:t>ملاحظات</w:t>
            </w:r>
          </w:p>
        </w:tc>
      </w:tr>
      <w:tr w:rsidR="007640C1" w14:paraId="18A883E3" w14:textId="77777777">
        <w:trPr>
          <w:cantSplit/>
          <w:trHeight w:val="300"/>
          <w:jc w:val="center"/>
        </w:trPr>
        <w:tc>
          <w:tcPr>
            <w:tcW w:w="316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BAFAC38" w14:textId="77777777" w:rsidR="007640C1" w:rsidRDefault="00653370" w:rsidP="008E4058">
            <w:pPr>
              <w:bidi/>
            </w:pPr>
            <w:r>
              <w:rPr>
                <w:b/>
                <w:color w:val="1F2933"/>
                <w:sz w:val="15"/>
                <w:rtl/>
              </w:rPr>
              <w:t>إجمالي العاملين / الموظفين</w:t>
            </w:r>
          </w:p>
        </w:tc>
        <w:tc>
          <w:tcPr>
            <w:tcW w:w="22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D6EB936" w14:textId="77777777" w:rsidR="007640C1" w:rsidRDefault="007640C1" w:rsidP="008E4058">
            <w:pPr>
              <w:bidi/>
            </w:pPr>
          </w:p>
        </w:tc>
        <w:tc>
          <w:tcPr>
            <w:tcW w:w="266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C4106D" w14:textId="77777777" w:rsidR="007640C1" w:rsidRDefault="007640C1" w:rsidP="008E4058">
            <w:pPr>
              <w:bidi/>
            </w:pPr>
          </w:p>
        </w:tc>
        <w:tc>
          <w:tcPr>
            <w:tcW w:w="23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D73D4A0" w14:textId="77777777" w:rsidR="007640C1" w:rsidRDefault="00542AD7" w:rsidP="008E4058">
            <w:pPr>
              <w:bidi/>
            </w:pPr>
            <w:r>
              <w:t>يُرجى إدراج التوزيع حسب</w:t>
            </w:r>
          </w:p>
          <w:p w14:paraId="38765400" w14:textId="77777777" w:rsidR="00542AD7" w:rsidRDefault="00542AD7" w:rsidP="008E4058">
            <w:pPr>
              <w:bidi/>
            </w:pPr>
            <w:r>
              <w:t>ذكور:</w:t>
            </w:r>
          </w:p>
          <w:p w14:paraId="2474EDD0" w14:textId="77777777" w:rsidR="00542AD7" w:rsidRDefault="00542AD7" w:rsidP="008E4058">
            <w:pPr>
              <w:bidi/>
            </w:pPr>
            <w:r>
              <w:t>إناث:</w:t>
            </w:r>
          </w:p>
          <w:p w14:paraId="5BB70E32" w14:textId="1FD1D582" w:rsidR="00542AD7" w:rsidRDefault="00542AD7" w:rsidP="008E4058">
            <w:pPr>
              <w:bidi/>
            </w:pPr>
            <w:r>
              <w:t>أشخاص ذوو إعاقة:</w:t>
            </w:r>
          </w:p>
        </w:tc>
      </w:tr>
    </w:tbl>
    <w:p w14:paraId="02E66377" w14:textId="77777777" w:rsidR="00E6272A" w:rsidRDefault="00E6272A" w:rsidP="008E4058">
      <w:pPr>
        <w:bidi/>
        <w:rPr>
          <w:b/>
          <w:color w:val="173E69"/>
          <w:sz w:val="18"/>
          <w:rtl/>
        </w:rPr>
      </w:pPr>
    </w:p>
    <w:p w14:paraId="7EFC8ECB" w14:textId="560D3AF8" w:rsidR="007640C1" w:rsidRDefault="004712F6" w:rsidP="008E4058">
      <w:pPr>
        <w:bidi/>
        <w:rPr>
          <w:i/>
          <w:color w:val="6B7280"/>
          <w:sz w:val="15"/>
          <w:rtl/>
        </w:rPr>
      </w:pPr>
      <w:r>
        <w:rPr>
          <w:rFonts w:hint="cs"/>
          <w:b/>
          <w:color w:val="173E69"/>
          <w:sz w:val="26"/>
          <w:rtl/>
        </w:rPr>
        <w:t>6</w:t>
      </w:r>
      <w:r w:rsidR="00653370">
        <w:rPr>
          <w:b/>
          <w:color w:val="173E69"/>
          <w:sz w:val="26"/>
          <w:rtl/>
        </w:rPr>
        <w:t>. النتائج المتوقعة وفرص العمل والمشاركة</w:t>
      </w:r>
      <w:r w:rsidR="00653370">
        <w:rPr>
          <w:i/>
          <w:color w:val="6B7280"/>
          <w:sz w:val="15"/>
          <w:rtl/>
        </w:rPr>
        <w:t xml:space="preserve">  |  محور التقييم: الأثر وفرص العمل والفائدة الشاملة</w:t>
      </w:r>
    </w:p>
    <w:p w14:paraId="19C4E533" w14:textId="77777777" w:rsidR="008E4058" w:rsidRDefault="008E4058" w:rsidP="008E4058">
      <w:pPr>
        <w:bidi/>
      </w:pPr>
    </w:p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1512"/>
        <w:gridCol w:w="2088"/>
        <w:gridCol w:w="1324"/>
        <w:gridCol w:w="2448"/>
      </w:tblGrid>
      <w:tr w:rsidR="007640C1" w14:paraId="142F57B4" w14:textId="77777777">
        <w:trPr>
          <w:cantSplit/>
          <w:tblHeader/>
          <w:jc w:val="center"/>
        </w:trPr>
        <w:tc>
          <w:tcPr>
            <w:tcW w:w="30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9FEED58" w14:textId="77777777" w:rsidR="007640C1" w:rsidRDefault="00653370" w:rsidP="008E4058">
            <w:pPr>
              <w:bidi/>
            </w:pPr>
            <w:r>
              <w:rPr>
                <w:b/>
                <w:color w:val="FFFFFF"/>
                <w:sz w:val="14"/>
                <w:rtl/>
              </w:rPr>
              <w:t>النتيجة / المؤشر</w:t>
            </w:r>
          </w:p>
        </w:tc>
        <w:tc>
          <w:tcPr>
            <w:tcW w:w="151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3E41C85" w14:textId="77777777" w:rsidR="007640C1" w:rsidRDefault="00653370" w:rsidP="008E4058">
            <w:pPr>
              <w:bidi/>
            </w:pPr>
            <w:r>
              <w:rPr>
                <w:b/>
                <w:color w:val="FFFFFF"/>
                <w:sz w:val="14"/>
                <w:rtl/>
              </w:rPr>
              <w:t>خط الأساس</w:t>
            </w:r>
          </w:p>
        </w:tc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126BBBC" w14:textId="4C282284" w:rsidR="007640C1" w:rsidRDefault="00300E90" w:rsidP="008E4058">
            <w:pPr>
              <w:bidi/>
            </w:pPr>
            <w:r>
              <w:rPr>
                <w:b/>
                <w:color w:val="FFFFFF"/>
                <w:sz w:val="14"/>
                <w:rtl/>
              </w:rPr>
              <w:t>نسبة التغير المتوقع بعد التدخل</w:t>
            </w:r>
          </w:p>
        </w:tc>
        <w:tc>
          <w:tcPr>
            <w:tcW w:w="13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FCF596" w14:textId="77777777" w:rsidR="007640C1" w:rsidRDefault="00653370" w:rsidP="008E4058">
            <w:pPr>
              <w:bidi/>
            </w:pPr>
            <w:r>
              <w:rPr>
                <w:b/>
                <w:color w:val="FFFFFF"/>
                <w:sz w:val="14"/>
                <w:rtl/>
              </w:rPr>
              <w:t>التوقيت</w:t>
            </w:r>
          </w:p>
        </w:tc>
        <w:tc>
          <w:tcPr>
            <w:tcW w:w="244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466509C" w14:textId="6D117072" w:rsidR="007640C1" w:rsidRDefault="007640C1" w:rsidP="008E4058">
            <w:pPr>
              <w:bidi/>
            </w:pPr>
          </w:p>
        </w:tc>
      </w:tr>
      <w:tr w:rsidR="007640C1" w14:paraId="18537D47" w14:textId="77777777">
        <w:trPr>
          <w:cantSplit/>
          <w:trHeight w:val="310"/>
          <w:jc w:val="center"/>
        </w:trPr>
        <w:tc>
          <w:tcPr>
            <w:tcW w:w="30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7443E92" w14:textId="274AAFCB" w:rsidR="007640C1" w:rsidRDefault="00653370" w:rsidP="008E4058">
            <w:pPr>
              <w:bidi/>
            </w:pPr>
            <w:r>
              <w:rPr>
                <w:b/>
                <w:color w:val="1F2933"/>
                <w:sz w:val="15"/>
                <w:rtl/>
              </w:rPr>
              <w:t>الإيرادات / الدخل المكتسب أو تقليل ا</w:t>
            </w:r>
            <w:r w:rsidR="008E4058">
              <w:rPr>
                <w:rFonts w:hint="cs"/>
                <w:b/>
                <w:color w:val="1F2933"/>
                <w:sz w:val="15"/>
                <w:rtl/>
              </w:rPr>
              <w:t>لإ</w:t>
            </w:r>
            <w:r>
              <w:rPr>
                <w:b/>
                <w:color w:val="1F2933"/>
                <w:sz w:val="15"/>
                <w:rtl/>
              </w:rPr>
              <w:t>عتماد على الجهات المانحة</w:t>
            </w:r>
          </w:p>
        </w:tc>
        <w:tc>
          <w:tcPr>
            <w:tcW w:w="151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021715C" w14:textId="77777777" w:rsidR="007640C1" w:rsidRDefault="007640C1" w:rsidP="008E4058">
            <w:pPr>
              <w:bidi/>
            </w:pPr>
          </w:p>
        </w:tc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0695E2" w14:textId="77777777" w:rsidR="007640C1" w:rsidRDefault="007640C1" w:rsidP="008E4058">
            <w:pPr>
              <w:bidi/>
            </w:pPr>
          </w:p>
        </w:tc>
        <w:tc>
          <w:tcPr>
            <w:tcW w:w="13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DB0F98A" w14:textId="77777777" w:rsidR="007640C1" w:rsidRDefault="007640C1" w:rsidP="008E4058">
            <w:pPr>
              <w:bidi/>
            </w:pPr>
          </w:p>
        </w:tc>
        <w:tc>
          <w:tcPr>
            <w:tcW w:w="244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961CF1D" w14:textId="77777777" w:rsidR="007640C1" w:rsidRDefault="007640C1" w:rsidP="008E4058">
            <w:pPr>
              <w:bidi/>
            </w:pPr>
          </w:p>
        </w:tc>
      </w:tr>
      <w:tr w:rsidR="007640C1" w14:paraId="4657C9C8" w14:textId="77777777">
        <w:trPr>
          <w:cantSplit/>
          <w:trHeight w:val="310"/>
          <w:jc w:val="center"/>
        </w:trPr>
        <w:tc>
          <w:tcPr>
            <w:tcW w:w="30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5F9DC4A" w14:textId="77777777" w:rsidR="007640C1" w:rsidRDefault="00653370" w:rsidP="008E4058">
            <w:pPr>
              <w:bidi/>
            </w:pPr>
            <w:r>
              <w:rPr>
                <w:b/>
                <w:color w:val="1F2933"/>
                <w:sz w:val="15"/>
                <w:rtl/>
              </w:rPr>
              <w:t>الوفورات السنوية في التكاليف</w:t>
            </w:r>
          </w:p>
        </w:tc>
        <w:tc>
          <w:tcPr>
            <w:tcW w:w="151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D84F85E" w14:textId="77777777" w:rsidR="007640C1" w:rsidRDefault="007640C1" w:rsidP="008E4058">
            <w:pPr>
              <w:bidi/>
            </w:pPr>
          </w:p>
        </w:tc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1392729" w14:textId="77777777" w:rsidR="007640C1" w:rsidRDefault="007640C1" w:rsidP="008E4058">
            <w:pPr>
              <w:bidi/>
            </w:pPr>
          </w:p>
        </w:tc>
        <w:tc>
          <w:tcPr>
            <w:tcW w:w="13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8A010DC" w14:textId="77777777" w:rsidR="007640C1" w:rsidRDefault="007640C1" w:rsidP="008E4058">
            <w:pPr>
              <w:bidi/>
            </w:pPr>
          </w:p>
        </w:tc>
        <w:tc>
          <w:tcPr>
            <w:tcW w:w="244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B38DE8" w14:textId="77777777" w:rsidR="007640C1" w:rsidRDefault="007640C1" w:rsidP="008E4058">
            <w:pPr>
              <w:bidi/>
            </w:pPr>
          </w:p>
        </w:tc>
      </w:tr>
      <w:tr w:rsidR="007640C1" w14:paraId="4BDD9EC7" w14:textId="77777777">
        <w:trPr>
          <w:cantSplit/>
          <w:trHeight w:val="310"/>
          <w:jc w:val="center"/>
        </w:trPr>
        <w:tc>
          <w:tcPr>
            <w:tcW w:w="30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0E4E8F4" w14:textId="77777777" w:rsidR="007640C1" w:rsidRDefault="00653370" w:rsidP="008E4058">
            <w:pPr>
              <w:bidi/>
            </w:pPr>
            <w:r>
              <w:rPr>
                <w:b/>
                <w:color w:val="1F2933"/>
                <w:sz w:val="15"/>
                <w:rtl/>
              </w:rPr>
              <w:t>الربحية / الفائض</w:t>
            </w:r>
          </w:p>
        </w:tc>
        <w:tc>
          <w:tcPr>
            <w:tcW w:w="151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8C9B6AD" w14:textId="77777777" w:rsidR="007640C1" w:rsidRDefault="007640C1" w:rsidP="008E4058">
            <w:pPr>
              <w:bidi/>
            </w:pPr>
          </w:p>
        </w:tc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D71E31D" w14:textId="77777777" w:rsidR="007640C1" w:rsidRDefault="007640C1" w:rsidP="008E4058">
            <w:pPr>
              <w:bidi/>
            </w:pPr>
          </w:p>
        </w:tc>
        <w:tc>
          <w:tcPr>
            <w:tcW w:w="13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22A854" w14:textId="77777777" w:rsidR="007640C1" w:rsidRDefault="007640C1" w:rsidP="008E4058">
            <w:pPr>
              <w:bidi/>
            </w:pPr>
          </w:p>
        </w:tc>
        <w:tc>
          <w:tcPr>
            <w:tcW w:w="244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A05B5C" w14:textId="77777777" w:rsidR="007640C1" w:rsidRDefault="007640C1" w:rsidP="008E4058">
            <w:pPr>
              <w:bidi/>
            </w:pPr>
          </w:p>
        </w:tc>
      </w:tr>
      <w:tr w:rsidR="007640C1" w14:paraId="350BB8A1" w14:textId="77777777">
        <w:trPr>
          <w:cantSplit/>
          <w:trHeight w:val="310"/>
          <w:jc w:val="center"/>
        </w:trPr>
        <w:tc>
          <w:tcPr>
            <w:tcW w:w="30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02127A4" w14:textId="77777777" w:rsidR="007640C1" w:rsidRDefault="00653370" w:rsidP="008E4058">
            <w:pPr>
              <w:bidi/>
            </w:pPr>
            <w:r>
              <w:rPr>
                <w:b/>
                <w:color w:val="1F2933"/>
                <w:sz w:val="15"/>
                <w:rtl/>
              </w:rPr>
              <w:t>الطاقة الإنتاجية / طاقة تقديم الخدمة</w:t>
            </w:r>
          </w:p>
        </w:tc>
        <w:tc>
          <w:tcPr>
            <w:tcW w:w="151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2FA6EE8" w14:textId="77777777" w:rsidR="007640C1" w:rsidRDefault="007640C1" w:rsidP="008E4058">
            <w:pPr>
              <w:bidi/>
            </w:pPr>
          </w:p>
        </w:tc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C7D9A31" w14:textId="77777777" w:rsidR="007640C1" w:rsidRDefault="007640C1" w:rsidP="008E4058">
            <w:pPr>
              <w:bidi/>
            </w:pPr>
          </w:p>
        </w:tc>
        <w:tc>
          <w:tcPr>
            <w:tcW w:w="13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9911075" w14:textId="77777777" w:rsidR="007640C1" w:rsidRDefault="007640C1" w:rsidP="008E4058">
            <w:pPr>
              <w:bidi/>
            </w:pPr>
          </w:p>
        </w:tc>
        <w:tc>
          <w:tcPr>
            <w:tcW w:w="244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D313D5C" w14:textId="77777777" w:rsidR="007640C1" w:rsidRDefault="007640C1" w:rsidP="008E4058">
            <w:pPr>
              <w:bidi/>
            </w:pPr>
          </w:p>
        </w:tc>
      </w:tr>
      <w:tr w:rsidR="007640C1" w14:paraId="7B82C251" w14:textId="77777777">
        <w:trPr>
          <w:cantSplit/>
          <w:trHeight w:val="310"/>
          <w:jc w:val="center"/>
        </w:trPr>
        <w:tc>
          <w:tcPr>
            <w:tcW w:w="30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DB6D9E6" w14:textId="77777777" w:rsidR="007640C1" w:rsidRDefault="00653370" w:rsidP="008E4058">
            <w:pPr>
              <w:bidi/>
            </w:pPr>
            <w:r>
              <w:rPr>
                <w:b/>
                <w:color w:val="1F2933"/>
                <w:sz w:val="15"/>
                <w:rtl/>
              </w:rPr>
              <w:t>فرص العمل المستحدثة</w:t>
            </w:r>
          </w:p>
        </w:tc>
        <w:tc>
          <w:tcPr>
            <w:tcW w:w="151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D20521" w14:textId="77777777" w:rsidR="007640C1" w:rsidRDefault="007640C1" w:rsidP="008E4058">
            <w:pPr>
              <w:bidi/>
            </w:pPr>
          </w:p>
        </w:tc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61B7BC9" w14:textId="77777777" w:rsidR="007640C1" w:rsidRDefault="007640C1" w:rsidP="008E4058">
            <w:pPr>
              <w:bidi/>
            </w:pPr>
          </w:p>
        </w:tc>
        <w:tc>
          <w:tcPr>
            <w:tcW w:w="13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689BB8" w14:textId="77777777" w:rsidR="007640C1" w:rsidRDefault="007640C1" w:rsidP="008E4058">
            <w:pPr>
              <w:bidi/>
            </w:pPr>
          </w:p>
        </w:tc>
        <w:tc>
          <w:tcPr>
            <w:tcW w:w="244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32AC98B" w14:textId="77777777" w:rsidR="007640C1" w:rsidRDefault="007640C1" w:rsidP="008E4058">
            <w:pPr>
              <w:bidi/>
            </w:pPr>
          </w:p>
        </w:tc>
      </w:tr>
      <w:tr w:rsidR="007640C1" w14:paraId="32FF0D0E" w14:textId="77777777">
        <w:trPr>
          <w:cantSplit/>
          <w:trHeight w:val="310"/>
          <w:jc w:val="center"/>
        </w:trPr>
        <w:tc>
          <w:tcPr>
            <w:tcW w:w="30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265A20C" w14:textId="77777777" w:rsidR="007640C1" w:rsidRDefault="00653370" w:rsidP="008E4058">
            <w:pPr>
              <w:bidi/>
            </w:pPr>
            <w:r>
              <w:rPr>
                <w:b/>
                <w:color w:val="1F2933"/>
                <w:sz w:val="15"/>
                <w:rtl/>
              </w:rPr>
              <w:t>فرص العمل المستدامة</w:t>
            </w:r>
          </w:p>
        </w:tc>
        <w:tc>
          <w:tcPr>
            <w:tcW w:w="151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00693AD" w14:textId="77777777" w:rsidR="007640C1" w:rsidRDefault="007640C1" w:rsidP="008E4058">
            <w:pPr>
              <w:bidi/>
            </w:pPr>
          </w:p>
        </w:tc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75C5493" w14:textId="77777777" w:rsidR="007640C1" w:rsidRDefault="007640C1" w:rsidP="008E4058">
            <w:pPr>
              <w:bidi/>
            </w:pPr>
          </w:p>
        </w:tc>
        <w:tc>
          <w:tcPr>
            <w:tcW w:w="13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C2567A4" w14:textId="77777777" w:rsidR="007640C1" w:rsidRDefault="007640C1" w:rsidP="008E4058">
            <w:pPr>
              <w:bidi/>
            </w:pPr>
          </w:p>
        </w:tc>
        <w:tc>
          <w:tcPr>
            <w:tcW w:w="244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205C910" w14:textId="77777777" w:rsidR="007640C1" w:rsidRDefault="007640C1" w:rsidP="008E4058">
            <w:pPr>
              <w:bidi/>
            </w:pPr>
          </w:p>
        </w:tc>
      </w:tr>
      <w:tr w:rsidR="007640C1" w14:paraId="08A160A3" w14:textId="77777777">
        <w:trPr>
          <w:cantSplit/>
          <w:trHeight w:val="310"/>
          <w:jc w:val="center"/>
        </w:trPr>
        <w:tc>
          <w:tcPr>
            <w:tcW w:w="30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A4AC4C" w14:textId="77777777" w:rsidR="007640C1" w:rsidRDefault="00653370" w:rsidP="008E4058">
            <w:pPr>
              <w:bidi/>
            </w:pPr>
            <w:r>
              <w:rPr>
                <w:b/>
                <w:color w:val="1F2933"/>
                <w:sz w:val="15"/>
                <w:rtl/>
              </w:rPr>
              <w:t>فرص للنساء / الشباب / الأشخاص ذوي الإعاقة</w:t>
            </w:r>
          </w:p>
        </w:tc>
        <w:tc>
          <w:tcPr>
            <w:tcW w:w="151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172EB21" w14:textId="77777777" w:rsidR="007640C1" w:rsidRDefault="007640C1" w:rsidP="008E4058">
            <w:pPr>
              <w:bidi/>
            </w:pPr>
          </w:p>
        </w:tc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0B30CDC" w14:textId="77777777" w:rsidR="007640C1" w:rsidRDefault="007640C1" w:rsidP="008E4058">
            <w:pPr>
              <w:bidi/>
            </w:pPr>
          </w:p>
        </w:tc>
        <w:tc>
          <w:tcPr>
            <w:tcW w:w="13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0010C6C" w14:textId="77777777" w:rsidR="007640C1" w:rsidRDefault="007640C1" w:rsidP="008E4058">
            <w:pPr>
              <w:bidi/>
            </w:pPr>
          </w:p>
        </w:tc>
        <w:tc>
          <w:tcPr>
            <w:tcW w:w="244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3463D11" w14:textId="77777777" w:rsidR="007640C1" w:rsidRDefault="007640C1" w:rsidP="008E4058">
            <w:pPr>
              <w:bidi/>
            </w:pPr>
          </w:p>
        </w:tc>
      </w:tr>
      <w:tr w:rsidR="007640C1" w14:paraId="29B4A007" w14:textId="77777777">
        <w:trPr>
          <w:cantSplit/>
          <w:trHeight w:val="310"/>
          <w:jc w:val="center"/>
        </w:trPr>
        <w:tc>
          <w:tcPr>
            <w:tcW w:w="30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2050E2E" w14:textId="77777777" w:rsidR="007640C1" w:rsidRDefault="00653370" w:rsidP="008E4058">
            <w:pPr>
              <w:bidi/>
            </w:pPr>
            <w:r>
              <w:rPr>
                <w:b/>
                <w:color w:val="1F2933"/>
                <w:sz w:val="15"/>
                <w:rtl/>
              </w:rPr>
              <w:t>التوفير البيئي / في الموارد</w:t>
            </w:r>
          </w:p>
        </w:tc>
        <w:tc>
          <w:tcPr>
            <w:tcW w:w="151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6FDC0B3" w14:textId="77777777" w:rsidR="007640C1" w:rsidRDefault="007640C1" w:rsidP="008E4058">
            <w:pPr>
              <w:bidi/>
            </w:pPr>
          </w:p>
        </w:tc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FD6392A" w14:textId="77777777" w:rsidR="007640C1" w:rsidRDefault="007640C1" w:rsidP="008E4058">
            <w:pPr>
              <w:bidi/>
            </w:pPr>
          </w:p>
        </w:tc>
        <w:tc>
          <w:tcPr>
            <w:tcW w:w="13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85BEB8E" w14:textId="77777777" w:rsidR="007640C1" w:rsidRDefault="007640C1" w:rsidP="008E4058">
            <w:pPr>
              <w:bidi/>
            </w:pPr>
          </w:p>
        </w:tc>
        <w:tc>
          <w:tcPr>
            <w:tcW w:w="244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968849F" w14:textId="77777777" w:rsidR="007640C1" w:rsidRDefault="007640C1" w:rsidP="008E4058">
            <w:pPr>
              <w:bidi/>
            </w:pPr>
          </w:p>
        </w:tc>
      </w:tr>
      <w:tr w:rsidR="007640C1" w14:paraId="045896F0" w14:textId="77777777">
        <w:trPr>
          <w:cantSplit/>
          <w:trHeight w:val="310"/>
          <w:jc w:val="center"/>
        </w:trPr>
        <w:tc>
          <w:tcPr>
            <w:tcW w:w="30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16C0556" w14:textId="6940F98A" w:rsidR="007640C1" w:rsidRDefault="00280123" w:rsidP="008E4058">
            <w:pPr>
              <w:bidi/>
            </w:pPr>
            <w:r>
              <w:rPr>
                <w:b/>
                <w:bCs/>
                <w:color w:val="1F2933"/>
                <w:sz w:val="15"/>
                <w:rtl/>
              </w:rPr>
              <w:t>التغير في مدى الوصول إلى المستفيدين</w:t>
            </w:r>
            <w:r>
              <w:rPr>
                <w:b/>
                <w:color w:val="1F2933"/>
                <w:sz w:val="15"/>
                <w:rtl/>
              </w:rPr>
              <w:t xml:space="preserve"> </w:t>
            </w:r>
            <w:r>
              <w:rPr>
                <w:b/>
                <w:color w:val="1F2933"/>
                <w:sz w:val="12"/>
                <w:szCs w:val="12"/>
                <w:rtl/>
              </w:rPr>
              <w:t>(نسبة التغير قبل التدخل وبعده.)</w:t>
            </w:r>
          </w:p>
        </w:tc>
        <w:tc>
          <w:tcPr>
            <w:tcW w:w="151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8157115" w14:textId="77777777" w:rsidR="007640C1" w:rsidRDefault="007640C1" w:rsidP="008E4058">
            <w:pPr>
              <w:bidi/>
            </w:pPr>
          </w:p>
        </w:tc>
        <w:tc>
          <w:tcPr>
            <w:tcW w:w="208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9A01F59" w14:textId="77777777" w:rsidR="007640C1" w:rsidRDefault="007640C1" w:rsidP="008E4058">
            <w:pPr>
              <w:bidi/>
            </w:pPr>
          </w:p>
        </w:tc>
        <w:tc>
          <w:tcPr>
            <w:tcW w:w="1324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EDF88C0" w14:textId="77777777" w:rsidR="007640C1" w:rsidRDefault="007640C1" w:rsidP="008E4058">
            <w:pPr>
              <w:bidi/>
            </w:pPr>
          </w:p>
        </w:tc>
        <w:tc>
          <w:tcPr>
            <w:tcW w:w="244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08E0B6A" w14:textId="77777777" w:rsidR="007640C1" w:rsidRDefault="007640C1" w:rsidP="008E4058">
            <w:pPr>
              <w:bidi/>
            </w:pPr>
          </w:p>
        </w:tc>
      </w:tr>
    </w:tbl>
    <w:p w14:paraId="1B25A81E" w14:textId="77777777" w:rsidR="006C6D6A" w:rsidRDefault="006C6D6A">
      <w:pPr>
        <w:bidi/>
        <w:spacing w:before="80" w:after="40"/>
        <w:rPr>
          <w:b/>
          <w:color w:val="173E69"/>
          <w:sz w:val="26"/>
          <w:rtl/>
        </w:rPr>
      </w:pPr>
    </w:p>
    <w:p w14:paraId="4F7A1A82" w14:textId="77777777" w:rsidR="008E4058" w:rsidRDefault="008E4058" w:rsidP="008E4058">
      <w:pPr>
        <w:bidi/>
        <w:spacing w:before="80" w:after="40"/>
        <w:rPr>
          <w:b/>
          <w:color w:val="173E69"/>
          <w:sz w:val="26"/>
          <w:rtl/>
        </w:rPr>
      </w:pPr>
    </w:p>
    <w:p w14:paraId="33407713" w14:textId="77777777" w:rsidR="008E4058" w:rsidRDefault="008E4058" w:rsidP="008E4058">
      <w:pPr>
        <w:bidi/>
        <w:spacing w:before="80" w:after="40"/>
        <w:rPr>
          <w:b/>
          <w:color w:val="173E69"/>
          <w:sz w:val="26"/>
          <w:rtl/>
        </w:rPr>
      </w:pPr>
    </w:p>
    <w:p w14:paraId="61A1F0A0" w14:textId="77777777" w:rsidR="008E4058" w:rsidRDefault="008E4058" w:rsidP="008E4058">
      <w:pPr>
        <w:bidi/>
        <w:spacing w:before="80" w:after="40"/>
        <w:rPr>
          <w:b/>
          <w:color w:val="173E69"/>
          <w:sz w:val="26"/>
          <w:rtl/>
        </w:rPr>
      </w:pPr>
    </w:p>
    <w:p w14:paraId="396CFC09" w14:textId="77777777" w:rsidR="008E4058" w:rsidRDefault="008E4058" w:rsidP="008E4058">
      <w:pPr>
        <w:bidi/>
        <w:spacing w:before="80" w:after="40"/>
        <w:rPr>
          <w:b/>
          <w:color w:val="173E69"/>
          <w:sz w:val="26"/>
          <w:rtl/>
        </w:rPr>
      </w:pPr>
    </w:p>
    <w:p w14:paraId="1A557343" w14:textId="77777777" w:rsidR="008E4058" w:rsidRDefault="008E4058" w:rsidP="008E4058">
      <w:pPr>
        <w:bidi/>
        <w:spacing w:before="80" w:after="40"/>
        <w:rPr>
          <w:b/>
          <w:color w:val="173E69"/>
          <w:sz w:val="26"/>
          <w:rtl/>
        </w:rPr>
      </w:pPr>
    </w:p>
    <w:p w14:paraId="7C6AD571" w14:textId="0452945E" w:rsidR="007640C1" w:rsidRDefault="004712F6" w:rsidP="008E4058">
      <w:pPr>
        <w:bidi/>
        <w:spacing w:before="80" w:after="40"/>
      </w:pPr>
      <w:r>
        <w:rPr>
          <w:rFonts w:hint="cs"/>
          <w:b/>
          <w:color w:val="173E69"/>
          <w:sz w:val="26"/>
          <w:rtl/>
        </w:rPr>
        <w:t>7</w:t>
      </w:r>
      <w:r w:rsidR="00653370">
        <w:rPr>
          <w:b/>
          <w:color w:val="173E69"/>
          <w:sz w:val="26"/>
          <w:rtl/>
        </w:rPr>
        <w:t>. الاستدامة والمساهمة الاجتماعية</w:t>
      </w:r>
      <w:r w:rsidR="00653370">
        <w:rPr>
          <w:i/>
          <w:color w:val="6B7280"/>
          <w:sz w:val="15"/>
          <w:rtl/>
        </w:rPr>
        <w:t xml:space="preserve">  |  محور التقييم: الاستمرارية بعد انتهاء التمويل والقيمة المجتمعية</w:t>
      </w:r>
    </w:p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11"/>
      </w:tblGrid>
      <w:tr w:rsidR="007640C1" w14:paraId="22F12E9F" w14:textId="77777777">
        <w:trPr>
          <w:cantSplit/>
          <w:trHeight w:val="700"/>
          <w:jc w:val="center"/>
        </w:trPr>
        <w:tc>
          <w:tcPr>
            <w:tcW w:w="10411" w:type="dxa"/>
            <w:tcBorders>
              <w:top w:val="single" w:sz="5" w:space="0" w:color="AAB6C3"/>
              <w:left w:val="single" w:sz="5" w:space="0" w:color="AAB6C3"/>
              <w:bottom w:val="single" w:sz="5" w:space="0" w:color="AAB6C3"/>
              <w:right w:val="single" w:sz="5" w:space="0" w:color="AAB6C3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298B5B6B" w14:textId="383A08FE" w:rsidR="007640C1" w:rsidRDefault="004712F6" w:rsidP="008E4058">
            <w:pPr>
              <w:bidi/>
            </w:pPr>
            <w:r>
              <w:rPr>
                <w:rFonts w:hint="cs"/>
                <w:b/>
                <w:color w:val="2B5D8A"/>
                <w:rtl/>
              </w:rPr>
              <w:t>7</w:t>
            </w:r>
            <w:r w:rsidR="00653370">
              <w:rPr>
                <w:b/>
                <w:color w:val="2B5D8A"/>
                <w:rtl/>
              </w:rPr>
              <w:t xml:space="preserve">.1 الاستدامة / </w:t>
            </w:r>
            <w:r w:rsidR="008E4058">
              <w:rPr>
                <w:rFonts w:hint="cs"/>
                <w:b/>
                <w:color w:val="2B5D8A"/>
                <w:rtl/>
              </w:rPr>
              <w:t>إ</w:t>
            </w:r>
            <w:r w:rsidR="00653370">
              <w:rPr>
                <w:b/>
                <w:color w:val="2B5D8A"/>
                <w:rtl/>
              </w:rPr>
              <w:t>ستراتيجية الخروج</w:t>
            </w:r>
          </w:p>
          <w:p w14:paraId="02B62F71" w14:textId="77777777" w:rsidR="007640C1" w:rsidRPr="0013690A" w:rsidRDefault="00280123" w:rsidP="008E4058">
            <w:pPr>
              <w:bidi/>
              <w:spacing w:before="20"/>
              <w:jc w:val="both"/>
              <w:rPr>
                <w:i/>
                <w:color w:val="666666"/>
                <w:sz w:val="13"/>
                <w:szCs w:val="20"/>
                <w:rtl/>
              </w:rPr>
            </w:pPr>
            <w:r w:rsidRPr="0013690A">
              <w:rPr>
                <w:i/>
                <w:color w:val="666666"/>
                <w:sz w:val="13"/>
                <w:szCs w:val="20"/>
                <w:rtl/>
              </w:rPr>
              <w:t xml:space="preserve">بالنسبة للتدخلات طويلة الأمد، وخاصة لدى المنظمات غير الحكومية، </w:t>
            </w:r>
            <w:r w:rsidR="008E4058" w:rsidRPr="0013690A">
              <w:rPr>
                <w:rFonts w:hint="cs"/>
                <w:i/>
                <w:color w:val="666666"/>
                <w:sz w:val="13"/>
                <w:szCs w:val="20"/>
                <w:rtl/>
              </w:rPr>
              <w:t>إ</w:t>
            </w:r>
            <w:r w:rsidRPr="0013690A">
              <w:rPr>
                <w:i/>
                <w:color w:val="666666"/>
                <w:sz w:val="13"/>
                <w:szCs w:val="20"/>
                <w:rtl/>
              </w:rPr>
              <w:t xml:space="preserve">شرح بإيجاز كيفية </w:t>
            </w:r>
            <w:r w:rsidR="008E4058" w:rsidRPr="0013690A">
              <w:rPr>
                <w:rFonts w:hint="cs"/>
                <w:i/>
                <w:color w:val="666666"/>
                <w:sz w:val="13"/>
                <w:szCs w:val="20"/>
                <w:rtl/>
              </w:rPr>
              <w:t>إ</w:t>
            </w:r>
            <w:r w:rsidRPr="0013690A">
              <w:rPr>
                <w:i/>
                <w:color w:val="666666"/>
                <w:sz w:val="13"/>
                <w:szCs w:val="20"/>
                <w:rtl/>
              </w:rPr>
              <w:t xml:space="preserve">ستمرار النشاط أو الخدمة بعد </w:t>
            </w:r>
            <w:r w:rsidR="008E4058" w:rsidRPr="0013690A">
              <w:rPr>
                <w:rFonts w:hint="cs"/>
                <w:i/>
                <w:color w:val="666666"/>
                <w:sz w:val="13"/>
                <w:szCs w:val="20"/>
                <w:rtl/>
              </w:rPr>
              <w:t>إ</w:t>
            </w:r>
            <w:r w:rsidRPr="0013690A">
              <w:rPr>
                <w:i/>
                <w:color w:val="666666"/>
                <w:sz w:val="13"/>
                <w:szCs w:val="20"/>
                <w:rtl/>
              </w:rPr>
              <w:t xml:space="preserve">نتهاء دعم المرفق، بما في ذلك كيفية </w:t>
            </w:r>
            <w:r w:rsidR="008E4058" w:rsidRPr="0013690A">
              <w:rPr>
                <w:rFonts w:hint="cs"/>
                <w:i/>
                <w:color w:val="666666"/>
                <w:sz w:val="13"/>
                <w:szCs w:val="20"/>
                <w:rtl/>
              </w:rPr>
              <w:t>إ</w:t>
            </w:r>
            <w:r w:rsidRPr="0013690A">
              <w:rPr>
                <w:i/>
                <w:color w:val="666666"/>
                <w:sz w:val="13"/>
                <w:szCs w:val="20"/>
                <w:rtl/>
              </w:rPr>
              <w:t>ستدامة تكاليف التشغيل الرئيسية والتوظيف والصيانة والإدارة.</w:t>
            </w:r>
          </w:p>
          <w:p w14:paraId="0DD70BE9" w14:textId="77777777" w:rsidR="008E4058" w:rsidRPr="008E4058" w:rsidRDefault="008E4058" w:rsidP="008E4058">
            <w:pPr>
              <w:bidi/>
              <w:rPr>
                <w:rtl/>
              </w:rPr>
            </w:pPr>
          </w:p>
          <w:p w14:paraId="63441A5F" w14:textId="77777777" w:rsidR="008E4058" w:rsidRPr="008E4058" w:rsidRDefault="008E4058" w:rsidP="008E4058">
            <w:pPr>
              <w:bidi/>
              <w:rPr>
                <w:rtl/>
              </w:rPr>
            </w:pPr>
          </w:p>
          <w:p w14:paraId="18FEFDED" w14:textId="77777777" w:rsidR="008E4058" w:rsidRPr="008E4058" w:rsidRDefault="008E4058" w:rsidP="008E4058">
            <w:pPr>
              <w:bidi/>
              <w:rPr>
                <w:rtl/>
              </w:rPr>
            </w:pPr>
          </w:p>
          <w:p w14:paraId="623EEC04" w14:textId="44DAF91E" w:rsidR="008E4058" w:rsidRPr="008E4058" w:rsidRDefault="008E4058" w:rsidP="008E4058">
            <w:pPr>
              <w:bidi/>
            </w:pPr>
          </w:p>
        </w:tc>
      </w:tr>
      <w:tr w:rsidR="007640C1" w14:paraId="52F7EE3D" w14:textId="77777777">
        <w:trPr>
          <w:cantSplit/>
          <w:trHeight w:val="500"/>
          <w:jc w:val="center"/>
        </w:trPr>
        <w:tc>
          <w:tcPr>
            <w:tcW w:w="10411" w:type="dxa"/>
            <w:tcBorders>
              <w:top w:val="single" w:sz="5" w:space="0" w:color="AAB6C3"/>
              <w:left w:val="single" w:sz="5" w:space="0" w:color="AAB6C3"/>
              <w:bottom w:val="single" w:sz="5" w:space="0" w:color="AAB6C3"/>
              <w:right w:val="single" w:sz="5" w:space="0" w:color="AAB6C3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19964316" w14:textId="00293B32" w:rsidR="007640C1" w:rsidRDefault="004712F6" w:rsidP="008E4058">
            <w:pPr>
              <w:bidi/>
            </w:pPr>
            <w:r>
              <w:rPr>
                <w:rFonts w:hint="cs"/>
                <w:b/>
                <w:color w:val="2B5D8A"/>
                <w:rtl/>
              </w:rPr>
              <w:t>7</w:t>
            </w:r>
            <w:r w:rsidR="00653370">
              <w:rPr>
                <w:b/>
                <w:color w:val="2B5D8A"/>
                <w:rtl/>
              </w:rPr>
              <w:t>.2 المساهمة ا</w:t>
            </w:r>
            <w:r w:rsidR="008E4058">
              <w:rPr>
                <w:rFonts w:hint="cs"/>
                <w:b/>
                <w:color w:val="2B5D8A"/>
                <w:rtl/>
              </w:rPr>
              <w:t>لإ</w:t>
            </w:r>
            <w:r w:rsidR="00653370">
              <w:rPr>
                <w:b/>
                <w:color w:val="2B5D8A"/>
                <w:rtl/>
              </w:rPr>
              <w:t>جتماعية المقترحة، حيثما ينطبق ذلك.</w:t>
            </w:r>
          </w:p>
          <w:p w14:paraId="349854BF" w14:textId="77777777" w:rsidR="007640C1" w:rsidRDefault="00653370" w:rsidP="008E4058">
            <w:pPr>
              <w:bidi/>
              <w:spacing w:before="20"/>
            </w:pPr>
            <w:r w:rsidRPr="00DF1F5A">
              <w:rPr>
                <w:i/>
                <w:color w:val="666666"/>
                <w:sz w:val="13"/>
                <w:szCs w:val="20"/>
                <w:rtl/>
              </w:rPr>
              <w:t>أمثلة: التدريب العملي، الإرشاد، الخدمات المخفضة التكلفة، فرص التدريب والتوظيف، الدعم المجتمعي، تحسينات إمكانية الوصول، أو أي مساهمة معقولة أخرى.</w:t>
            </w:r>
          </w:p>
        </w:tc>
      </w:tr>
    </w:tbl>
    <w:p w14:paraId="0C7B859C" w14:textId="5B33905A" w:rsidR="007640C1" w:rsidRDefault="007640C1"/>
    <w:p w14:paraId="1F8B9940" w14:textId="05791339" w:rsidR="007640C1" w:rsidRDefault="004712F6">
      <w:pPr>
        <w:bidi/>
        <w:spacing w:before="80" w:after="40"/>
      </w:pPr>
      <w:r>
        <w:rPr>
          <w:rFonts w:hint="cs"/>
          <w:b/>
          <w:color w:val="173E69"/>
          <w:sz w:val="26"/>
          <w:rtl/>
        </w:rPr>
        <w:t>8</w:t>
      </w:r>
      <w:r w:rsidR="00653370">
        <w:rPr>
          <w:b/>
          <w:color w:val="173E69"/>
          <w:sz w:val="26"/>
          <w:rtl/>
        </w:rPr>
        <w:t>. الوثائق الداعمة</w:t>
      </w:r>
      <w:r w:rsidR="00653370">
        <w:rPr>
          <w:i/>
          <w:color w:val="6B7280"/>
          <w:sz w:val="15"/>
          <w:rtl/>
        </w:rPr>
        <w:t xml:space="preserve">  |  محور التقييم: التحقق والعناية الواجبة</w:t>
      </w:r>
    </w:p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98"/>
        <w:gridCol w:w="5198"/>
      </w:tblGrid>
      <w:tr w:rsidR="007640C1" w14:paraId="713ED6FB" w14:textId="77777777">
        <w:trPr>
          <w:jc w:val="center"/>
        </w:trPr>
        <w:tc>
          <w:tcPr>
            <w:tcW w:w="519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982F0CF" w14:textId="77777777" w:rsidR="007640C1" w:rsidRDefault="00653370" w:rsidP="008E4058">
            <w:pPr>
              <w:bidi/>
            </w:pPr>
            <w:r>
              <w:rPr>
                <w:b/>
                <w:color w:val="FFFFFF"/>
                <w:sz w:val="15"/>
                <w:rtl/>
              </w:rPr>
              <w:t>الجوانب المالية والقانونية والتنظيمية</w:t>
            </w:r>
          </w:p>
        </w:tc>
        <w:tc>
          <w:tcPr>
            <w:tcW w:w="519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5D16C2" w14:textId="77777777" w:rsidR="007640C1" w:rsidRDefault="00653370" w:rsidP="008E4058">
            <w:pPr>
              <w:bidi/>
            </w:pPr>
            <w:r>
              <w:rPr>
                <w:b/>
                <w:color w:val="FFFFFF"/>
                <w:sz w:val="15"/>
                <w:rtl/>
              </w:rPr>
              <w:t>الجوانب التقنية والسوقية والتنفيذية</w:t>
            </w:r>
          </w:p>
        </w:tc>
      </w:tr>
      <w:tr w:rsidR="007640C1" w14:paraId="77DDFDEE" w14:textId="77777777">
        <w:trPr>
          <w:cantSplit/>
          <w:trHeight w:val="950"/>
          <w:jc w:val="center"/>
        </w:trPr>
        <w:tc>
          <w:tcPr>
            <w:tcW w:w="519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</w:tcPr>
          <w:p w14:paraId="12CA5877" w14:textId="77777777" w:rsidR="007640C1" w:rsidRDefault="00653370" w:rsidP="008E4058">
            <w:pPr>
              <w:bidi/>
            </w:pPr>
            <w:r>
              <w:rPr>
                <w:color w:val="1F2933"/>
                <w:sz w:val="15"/>
                <w:rtl/>
              </w:rPr>
              <w:t>[ ] أدلة التسجيل / الضرائب / البيانات المصرفية</w:t>
            </w:r>
          </w:p>
          <w:p w14:paraId="77B09BAD" w14:textId="1171FC7D" w:rsidR="007640C1" w:rsidRDefault="00653370" w:rsidP="008E4058">
            <w:pPr>
              <w:bidi/>
            </w:pPr>
            <w:r>
              <w:rPr>
                <w:color w:val="1F2933"/>
                <w:sz w:val="15"/>
                <w:rtl/>
              </w:rPr>
              <w:t>[ ] البيانات المالية لسنتين أو سجلات معادلة</w:t>
            </w:r>
            <w:r w:rsidR="008E4058">
              <w:rPr>
                <w:rFonts w:hint="cs"/>
                <w:color w:val="1F2933"/>
                <w:sz w:val="15"/>
                <w:rtl/>
              </w:rPr>
              <w:t xml:space="preserve"> للبيانات </w:t>
            </w:r>
          </w:p>
          <w:p w14:paraId="417F24C7" w14:textId="269F6F1C" w:rsidR="007640C1" w:rsidRDefault="00653370" w:rsidP="008E4058">
            <w:pPr>
              <w:bidi/>
            </w:pPr>
            <w:r>
              <w:rPr>
                <w:color w:val="1F2933"/>
                <w:sz w:val="15"/>
                <w:rtl/>
              </w:rPr>
              <w:t xml:space="preserve">[ ] </w:t>
            </w:r>
            <w:r>
              <w:rPr>
                <w:sz w:val="15"/>
                <w:rtl/>
              </w:rPr>
              <w:t>رسالة ا</w:t>
            </w:r>
            <w:r w:rsidR="008E4058">
              <w:rPr>
                <w:rFonts w:hint="cs"/>
                <w:sz w:val="15"/>
                <w:rtl/>
              </w:rPr>
              <w:t>لإ</w:t>
            </w:r>
            <w:r>
              <w:rPr>
                <w:sz w:val="15"/>
                <w:rtl/>
              </w:rPr>
              <w:t>ستعداد وا</w:t>
            </w:r>
            <w:r w:rsidR="008E4058">
              <w:rPr>
                <w:rFonts w:hint="cs"/>
                <w:sz w:val="15"/>
                <w:rtl/>
              </w:rPr>
              <w:t>لإ</w:t>
            </w:r>
            <w:r>
              <w:rPr>
                <w:sz w:val="15"/>
                <w:rtl/>
              </w:rPr>
              <w:t>لتزام بالتمويل المشترك</w:t>
            </w:r>
          </w:p>
          <w:p w14:paraId="45B2AFDF" w14:textId="77777777" w:rsidR="007640C1" w:rsidRDefault="00653370" w:rsidP="008E4058">
            <w:pPr>
              <w:bidi/>
            </w:pPr>
            <w:r>
              <w:rPr>
                <w:color w:val="1F2933"/>
                <w:sz w:val="15"/>
                <w:rtl/>
              </w:rPr>
              <w:t>[ ] موافقة مجلس الإدارة (للمنظمات غير الحكومية، حيثما يُطلب ذلك)</w:t>
            </w:r>
          </w:p>
          <w:p w14:paraId="7311E616" w14:textId="753DE5BE" w:rsidR="007640C1" w:rsidRDefault="00653370" w:rsidP="008E4058">
            <w:pPr>
              <w:bidi/>
            </w:pPr>
            <w:r>
              <w:rPr>
                <w:color w:val="1F2933"/>
                <w:sz w:val="15"/>
                <w:rtl/>
              </w:rPr>
              <w:t xml:space="preserve">[ ] </w:t>
            </w:r>
            <w:r>
              <w:rPr>
                <w:sz w:val="16"/>
                <w:rtl/>
              </w:rPr>
              <w:t>المفوض بالتوقيع للمؤسسات الصغيرة والمتوسطة</w:t>
            </w:r>
          </w:p>
        </w:tc>
        <w:tc>
          <w:tcPr>
            <w:tcW w:w="5198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</w:tcPr>
          <w:p w14:paraId="011B9045" w14:textId="0958A322" w:rsidR="007640C1" w:rsidRDefault="00653370" w:rsidP="008E4058">
            <w:pPr>
              <w:bidi/>
            </w:pPr>
            <w:r>
              <w:rPr>
                <w:color w:val="1F2933"/>
                <w:sz w:val="15"/>
                <w:rtl/>
              </w:rPr>
              <w:t xml:space="preserve">[ ] عروض أسعار أولية / سعر تقديري </w:t>
            </w:r>
          </w:p>
          <w:p w14:paraId="035E15CA" w14:textId="7ACF0CEE" w:rsidR="007640C1" w:rsidRDefault="00653370" w:rsidP="008E4058">
            <w:pPr>
              <w:bidi/>
            </w:pPr>
            <w:r>
              <w:rPr>
                <w:color w:val="1F2933"/>
                <w:sz w:val="15"/>
                <w:rtl/>
              </w:rPr>
              <w:t xml:space="preserve">[ ] </w:t>
            </w:r>
          </w:p>
          <w:p w14:paraId="1F541608" w14:textId="3F8BE5C0" w:rsidR="007640C1" w:rsidRDefault="007640C1" w:rsidP="008E4058">
            <w:pPr>
              <w:bidi/>
            </w:pPr>
          </w:p>
        </w:tc>
      </w:tr>
    </w:tbl>
    <w:tbl>
      <w:tblPr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0401"/>
      </w:tblGrid>
      <w:tr w:rsidR="007640C1" w14:paraId="7792449B" w14:textId="77777777">
        <w:trPr>
          <w:jc w:val="center"/>
        </w:trPr>
        <w:tc>
          <w:tcPr>
            <w:tcW w:w="10411" w:type="dxa"/>
            <w:tcBorders>
              <w:top w:val="single" w:sz="4" w:space="0" w:color="C6B765"/>
              <w:left w:val="single" w:sz="4" w:space="0" w:color="C6B765"/>
              <w:bottom w:val="single" w:sz="4" w:space="0" w:color="C6B765"/>
              <w:right w:val="single" w:sz="4" w:space="0" w:color="C6B765"/>
            </w:tcBorders>
            <w:shd w:val="clear" w:color="auto" w:fill="EAF2F8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A63892D" w14:textId="0D4B61D1" w:rsidR="007640C1" w:rsidRDefault="00653370" w:rsidP="008E4058">
            <w:pPr>
              <w:bidi/>
            </w:pPr>
            <w:r w:rsidRPr="000243F6">
              <w:rPr>
                <w:b/>
                <w:color w:val="173E69"/>
                <w:sz w:val="14"/>
                <w:szCs w:val="20"/>
                <w:rtl/>
              </w:rPr>
              <w:t xml:space="preserve">السرية: </w:t>
            </w:r>
            <w:r w:rsidRPr="000243F6">
              <w:rPr>
                <w:color w:val="1F2933"/>
                <w:sz w:val="14"/>
                <w:szCs w:val="20"/>
                <w:rtl/>
              </w:rPr>
              <w:t>ستُعامَل المعلومات والوثائق المقدَّمة من مقدمي الطلبات بسرية تامة وستُستخدم لأغراض فحص الأهلية والتقييم الفني والعناية الواجبة وا</w:t>
            </w:r>
            <w:r w:rsidR="008E4058" w:rsidRPr="000243F6">
              <w:rPr>
                <w:rFonts w:hint="cs"/>
                <w:color w:val="1F2933"/>
                <w:sz w:val="14"/>
                <w:szCs w:val="20"/>
                <w:rtl/>
              </w:rPr>
              <w:t>لإ</w:t>
            </w:r>
            <w:r w:rsidRPr="000243F6">
              <w:rPr>
                <w:color w:val="1F2933"/>
                <w:sz w:val="14"/>
                <w:szCs w:val="20"/>
                <w:rtl/>
              </w:rPr>
              <w:t>ختيار والتعاقد والمتابعة.</w:t>
            </w:r>
          </w:p>
        </w:tc>
      </w:tr>
    </w:tbl>
    <w:p w14:paraId="731769C7" w14:textId="77777777" w:rsidR="006C6D6A" w:rsidRDefault="006C6D6A">
      <w:pPr>
        <w:bidi/>
        <w:spacing w:before="80" w:after="40"/>
        <w:rPr>
          <w:b/>
          <w:color w:val="173E69"/>
          <w:sz w:val="26"/>
          <w:rtl/>
        </w:rPr>
      </w:pPr>
    </w:p>
    <w:p w14:paraId="415EF687" w14:textId="74E29012" w:rsidR="007640C1" w:rsidRDefault="004712F6">
      <w:pPr>
        <w:bidi/>
        <w:spacing w:before="80" w:after="40"/>
      </w:pPr>
      <w:r>
        <w:rPr>
          <w:rFonts w:hint="cs"/>
          <w:b/>
          <w:color w:val="173E69"/>
          <w:sz w:val="26"/>
          <w:rtl/>
        </w:rPr>
        <w:t>9</w:t>
      </w:r>
      <w:r w:rsidR="00653370">
        <w:rPr>
          <w:b/>
          <w:color w:val="173E69"/>
          <w:sz w:val="26"/>
          <w:rtl/>
        </w:rPr>
        <w:t>. إقرار مقدم الطلب</w:t>
      </w:r>
    </w:p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2951"/>
        <w:gridCol w:w="2015"/>
        <w:gridCol w:w="3196"/>
      </w:tblGrid>
      <w:tr w:rsidR="007640C1" w14:paraId="59A58AC5" w14:textId="77777777">
        <w:trPr>
          <w:cantSplit/>
          <w:trHeight w:val="350"/>
          <w:jc w:val="center"/>
        </w:trPr>
        <w:tc>
          <w:tcPr>
            <w:tcW w:w="10394" w:type="dxa"/>
            <w:gridSpan w:val="4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3247B92" w14:textId="68B5DC5B" w:rsidR="007640C1" w:rsidRDefault="00653370" w:rsidP="008E4058">
            <w:pPr>
              <w:bidi/>
              <w:jc w:val="both"/>
            </w:pPr>
            <w:r>
              <w:rPr>
                <w:color w:val="1F2933"/>
                <w:sz w:val="16"/>
                <w:rtl/>
              </w:rPr>
              <w:t>بالتوقيع أدناه، أُقرّ بأن المعلومات والوثائق المقدَّمة دقيقة</w:t>
            </w:r>
            <w:r w:rsidR="008E4058">
              <w:rPr>
                <w:rFonts w:hint="cs"/>
                <w:color w:val="1F2933"/>
                <w:sz w:val="16"/>
                <w:rtl/>
              </w:rPr>
              <w:t>،</w:t>
            </w:r>
            <w:r>
              <w:rPr>
                <w:color w:val="1F2933"/>
                <w:sz w:val="16"/>
                <w:rtl/>
              </w:rPr>
              <w:t xml:space="preserve"> وأن التكاليف المقترحة غير ممولة من جهتين؛ وأنه تم الإفصاح عن جميع المسائل القانونية والضريبية ومسائل الديون وتضارب المصالح</w:t>
            </w:r>
            <w:r w:rsidR="008E4058">
              <w:rPr>
                <w:rFonts w:hint="cs"/>
                <w:color w:val="1F2933"/>
                <w:sz w:val="16"/>
                <w:rtl/>
              </w:rPr>
              <w:t>،</w:t>
            </w:r>
            <w:r>
              <w:rPr>
                <w:color w:val="1F2933"/>
                <w:sz w:val="16"/>
                <w:rtl/>
              </w:rPr>
              <w:t xml:space="preserve"> وأن مقدم الطلب يوافق على متطلبات ال</w:t>
            </w:r>
            <w:r w:rsidR="00032C86">
              <w:rPr>
                <w:rFonts w:hint="cs"/>
                <w:color w:val="1F2933"/>
                <w:sz w:val="16"/>
                <w:rtl/>
              </w:rPr>
              <w:t>برنامج</w:t>
            </w:r>
            <w:r>
              <w:rPr>
                <w:color w:val="1F2933"/>
                <w:sz w:val="16"/>
                <w:rtl/>
              </w:rPr>
              <w:t xml:space="preserve"> المتعلقة بالشراء والمتابعة وإعداد التقارير والتدقيق والظهور الإعلامي والبيانات وا</w:t>
            </w:r>
            <w:r w:rsidR="008E4058">
              <w:rPr>
                <w:rFonts w:hint="cs"/>
                <w:color w:val="1F2933"/>
                <w:sz w:val="16"/>
                <w:rtl/>
              </w:rPr>
              <w:t>لإ</w:t>
            </w:r>
            <w:r>
              <w:rPr>
                <w:color w:val="1F2933"/>
                <w:sz w:val="16"/>
                <w:rtl/>
              </w:rPr>
              <w:t>حتفاظ بالسجلات. وأُدرك أن تقديم معلومات كاذبة أو مضلِّلة قد يؤدي إلى رفض الدعم أو إلغائه.</w:t>
            </w:r>
          </w:p>
        </w:tc>
      </w:tr>
      <w:tr w:rsidR="007640C1" w14:paraId="21CCA0F9" w14:textId="77777777">
        <w:trPr>
          <w:cantSplit/>
          <w:trHeight w:val="350"/>
          <w:jc w:val="center"/>
        </w:trPr>
        <w:tc>
          <w:tcPr>
            <w:tcW w:w="22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EC995C9" w14:textId="2B633200" w:rsidR="007640C1" w:rsidRDefault="006901B6" w:rsidP="008E4058">
            <w:pPr>
              <w:bidi/>
            </w:pPr>
            <w:r>
              <w:rPr>
                <w:b/>
                <w:color w:val="1F2933"/>
                <w:sz w:val="15"/>
                <w:rtl/>
              </w:rPr>
              <w:t>الممثل المفوض</w:t>
            </w:r>
          </w:p>
        </w:tc>
        <w:tc>
          <w:tcPr>
            <w:tcW w:w="295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6842147" w14:textId="77777777" w:rsidR="007640C1" w:rsidRDefault="007640C1" w:rsidP="008E4058">
            <w:pPr>
              <w:bidi/>
            </w:pPr>
          </w:p>
        </w:tc>
        <w:tc>
          <w:tcPr>
            <w:tcW w:w="2015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FD71CB" w14:textId="77777777" w:rsidR="007640C1" w:rsidRDefault="00653370" w:rsidP="008E4058">
            <w:pPr>
              <w:bidi/>
            </w:pPr>
            <w:r>
              <w:rPr>
                <w:b/>
                <w:color w:val="1F2933"/>
                <w:sz w:val="15"/>
                <w:rtl/>
              </w:rPr>
              <w:t>المنصب</w:t>
            </w:r>
          </w:p>
        </w:tc>
        <w:tc>
          <w:tcPr>
            <w:tcW w:w="3196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70339CA" w14:textId="77777777" w:rsidR="007640C1" w:rsidRDefault="007640C1" w:rsidP="008E4058">
            <w:pPr>
              <w:bidi/>
            </w:pPr>
          </w:p>
        </w:tc>
      </w:tr>
      <w:tr w:rsidR="007640C1" w14:paraId="5A5985C4" w14:textId="77777777">
        <w:trPr>
          <w:cantSplit/>
          <w:trHeight w:val="350"/>
          <w:jc w:val="center"/>
        </w:trPr>
        <w:tc>
          <w:tcPr>
            <w:tcW w:w="2232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24838D7" w14:textId="77777777" w:rsidR="007640C1" w:rsidRDefault="00653370" w:rsidP="008E4058">
            <w:pPr>
              <w:bidi/>
            </w:pPr>
            <w:r>
              <w:rPr>
                <w:b/>
                <w:color w:val="1F2933"/>
                <w:sz w:val="15"/>
                <w:rtl/>
              </w:rPr>
              <w:t>التوقيع / الختم</w:t>
            </w:r>
          </w:p>
        </w:tc>
        <w:tc>
          <w:tcPr>
            <w:tcW w:w="2951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7B95569" w14:textId="77777777" w:rsidR="007640C1" w:rsidRDefault="007640C1" w:rsidP="008E4058">
            <w:pPr>
              <w:bidi/>
            </w:pPr>
          </w:p>
        </w:tc>
        <w:tc>
          <w:tcPr>
            <w:tcW w:w="2015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C0E9E05" w14:textId="77777777" w:rsidR="007640C1" w:rsidRDefault="00653370" w:rsidP="008E4058">
            <w:pPr>
              <w:bidi/>
            </w:pPr>
            <w:r>
              <w:rPr>
                <w:b/>
                <w:color w:val="1F2933"/>
                <w:sz w:val="15"/>
                <w:rtl/>
              </w:rPr>
              <w:t>التاريخ</w:t>
            </w:r>
          </w:p>
        </w:tc>
        <w:tc>
          <w:tcPr>
            <w:tcW w:w="3196" w:type="dxa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7D10FD6" w14:textId="77777777" w:rsidR="007640C1" w:rsidRDefault="007640C1" w:rsidP="008E4058">
            <w:pPr>
              <w:bidi/>
            </w:pPr>
          </w:p>
        </w:tc>
      </w:tr>
    </w:tbl>
    <w:p w14:paraId="376DA82A" w14:textId="77777777" w:rsidR="00590785" w:rsidRDefault="00590785" w:rsidP="008E4058">
      <w:pPr>
        <w:bidi/>
      </w:pPr>
    </w:p>
    <w:p w14:paraId="79E3E468" w14:textId="77777777" w:rsidR="00B40F7F" w:rsidRPr="00B40F7F" w:rsidRDefault="00B40F7F" w:rsidP="00B40F7F"/>
    <w:p w14:paraId="41791FC8" w14:textId="77777777" w:rsidR="00B40F7F" w:rsidRPr="00B40F7F" w:rsidRDefault="00B40F7F" w:rsidP="00B40F7F"/>
    <w:p w14:paraId="4794B4CE" w14:textId="77777777" w:rsidR="00B40F7F" w:rsidRPr="00B40F7F" w:rsidRDefault="00B40F7F" w:rsidP="00B40F7F"/>
    <w:p w14:paraId="3D93E653" w14:textId="77777777" w:rsidR="00B40F7F" w:rsidRPr="00B40F7F" w:rsidRDefault="00B40F7F" w:rsidP="00B40F7F"/>
    <w:p w14:paraId="58A19762" w14:textId="77777777" w:rsidR="00B40F7F" w:rsidRPr="00B40F7F" w:rsidRDefault="00B40F7F" w:rsidP="00B40F7F"/>
    <w:p w14:paraId="18F13C27" w14:textId="77777777" w:rsidR="00B40F7F" w:rsidRPr="00B40F7F" w:rsidRDefault="00B40F7F" w:rsidP="00B40F7F"/>
    <w:p w14:paraId="278B0056" w14:textId="77777777" w:rsidR="00B40F7F" w:rsidRPr="00B40F7F" w:rsidRDefault="00B40F7F" w:rsidP="00B40F7F"/>
    <w:p w14:paraId="6BFA5595" w14:textId="77777777" w:rsidR="00B40F7F" w:rsidRPr="00B40F7F" w:rsidRDefault="00B40F7F" w:rsidP="00B40F7F"/>
    <w:p w14:paraId="345F418C" w14:textId="77777777" w:rsidR="00B40F7F" w:rsidRPr="00B40F7F" w:rsidRDefault="00B40F7F" w:rsidP="00B40F7F"/>
    <w:p w14:paraId="6A9A09C0" w14:textId="77777777" w:rsidR="00B40F7F" w:rsidRDefault="00B40F7F" w:rsidP="00B40F7F"/>
    <w:p w14:paraId="4F040662" w14:textId="77777777" w:rsidR="00B40F7F" w:rsidRDefault="00B40F7F" w:rsidP="00B40F7F"/>
    <w:p w14:paraId="055C0F20" w14:textId="37BCF5FF" w:rsidR="00B40F7F" w:rsidRPr="00B40F7F" w:rsidRDefault="00B40F7F" w:rsidP="00B40F7F">
      <w:pPr>
        <w:tabs>
          <w:tab w:val="left" w:pos="3207"/>
        </w:tabs>
        <w:bidi/>
      </w:pPr>
      <w:r>
        <w:tab/>
      </w:r>
    </w:p>
    <w:sectPr w:rsidR="00B40F7F" w:rsidRPr="00B40F7F" w:rsidSect="00E54D31">
      <w:pgSz w:w="11909" w:h="16834"/>
      <w:pgMar w:top="864" w:right="749" w:bottom="893" w:left="749" w:header="173" w:footer="259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D78BF" w14:textId="77777777" w:rsidR="00722CB0" w:rsidRDefault="00722CB0">
      <w:r>
        <w:separator/>
      </w:r>
    </w:p>
  </w:endnote>
  <w:endnote w:type="continuationSeparator" w:id="0">
    <w:p w14:paraId="49B3AB9A" w14:textId="77777777" w:rsidR="00722CB0" w:rsidRDefault="00722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6C5BB" w14:textId="0F53F652" w:rsidR="007640C1" w:rsidRDefault="00653370">
    <w:pPr>
      <w:pStyle w:val="Footer"/>
      <w:bidi/>
      <w:jc w:val="center"/>
    </w:pPr>
    <w:r>
      <w:rPr>
        <w:color w:val="666666"/>
        <w:sz w:val="15"/>
        <w:rtl/>
      </w:rPr>
      <w:t xml:space="preserve">خطة العمل والاستدامة | صفحة </w:t>
    </w:r>
    <w:r>
      <w:rPr>
        <w:color w:val="666666"/>
        <w:sz w:val="15"/>
        <w:rtl/>
      </w:rPr>
      <w:fldChar w:fldCharType="begin"/>
    </w:r>
    <w:r>
      <w:rPr>
        <w:color w:val="666666"/>
        <w:sz w:val="15"/>
        <w:rtl/>
      </w:rPr>
      <w:instrText>PAGE</w:instrText>
    </w:r>
    <w:r>
      <w:rPr>
        <w:color w:val="666666"/>
        <w:sz w:val="15"/>
        <w:rtl/>
      </w:rPr>
      <w:fldChar w:fldCharType="separate"/>
    </w:r>
    <w:r w:rsidR="00E54D31">
      <w:rPr>
        <w:noProof/>
        <w:color w:val="666666"/>
        <w:sz w:val="15"/>
        <w:rtl/>
      </w:rPr>
      <w:t>1</w:t>
    </w:r>
    <w:r>
      <w:rPr>
        <w:color w:val="666666"/>
        <w:sz w:val="15"/>
        <w:rtl/>
      </w:rPr>
      <w:fldChar w:fldCharType="end"/>
    </w:r>
    <w:r>
      <w:rPr>
        <w:color w:val="666666"/>
        <w:sz w:val="15"/>
        <w:rtl/>
      </w:rPr>
      <w:t xml:space="preserve"> من </w:t>
    </w:r>
    <w:r>
      <w:rPr>
        <w:color w:val="666666"/>
        <w:sz w:val="15"/>
        <w:rtl/>
      </w:rPr>
      <w:fldChar w:fldCharType="begin"/>
    </w:r>
    <w:r>
      <w:rPr>
        <w:color w:val="666666"/>
        <w:sz w:val="15"/>
        <w:rtl/>
      </w:rPr>
      <w:instrText>NUMPAGES</w:instrText>
    </w:r>
    <w:r>
      <w:rPr>
        <w:color w:val="666666"/>
        <w:sz w:val="15"/>
        <w:rtl/>
      </w:rPr>
      <w:fldChar w:fldCharType="separate"/>
    </w:r>
    <w:r w:rsidR="00E54D31">
      <w:rPr>
        <w:noProof/>
        <w:color w:val="666666"/>
        <w:sz w:val="15"/>
        <w:rtl/>
      </w:rPr>
      <w:t>2</w:t>
    </w:r>
    <w:r>
      <w:rPr>
        <w:color w:val="666666"/>
        <w:sz w:val="15"/>
        <w:rtl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03E8D" w14:textId="77777777" w:rsidR="00722CB0" w:rsidRDefault="00722CB0">
      <w:r>
        <w:separator/>
      </w:r>
    </w:p>
  </w:footnote>
  <w:footnote w:type="continuationSeparator" w:id="0">
    <w:p w14:paraId="6B63D84E" w14:textId="77777777" w:rsidR="00722CB0" w:rsidRDefault="00722C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961B9" w14:textId="77777777" w:rsidR="007640C1" w:rsidRDefault="007640C1">
    <w:pPr>
      <w:pStyle w:val="Header"/>
      <w:bidi/>
    </w:pPr>
  </w:p>
  <w:p w14:paraId="649F0740" w14:textId="7A8158A0" w:rsidR="00B40F7F" w:rsidRDefault="00032C86" w:rsidP="00B40F7F">
    <w:pPr>
      <w:pStyle w:val="Header"/>
      <w:bidi/>
    </w:pPr>
    <w:r>
      <w:rPr>
        <w:noProof/>
        <w:rtl/>
      </w:rPr>
      <w:drawing>
        <wp:anchor distT="0" distB="0" distL="114300" distR="114300" simplePos="0" relativeHeight="251658240" behindDoc="0" locked="0" layoutInCell="1" allowOverlap="1" wp14:anchorId="7C19866C" wp14:editId="40B1224F">
          <wp:simplePos x="0" y="0"/>
          <wp:positionH relativeFrom="column">
            <wp:posOffset>999490</wp:posOffset>
          </wp:positionH>
          <wp:positionV relativeFrom="paragraph">
            <wp:posOffset>146050</wp:posOffset>
          </wp:positionV>
          <wp:extent cx="820420" cy="304165"/>
          <wp:effectExtent l="0" t="0" r="0" b="635"/>
          <wp:wrapSquare wrapText="bothSides"/>
          <wp:docPr id="1321097758" name="Picture 1321097758">
            <a:extLst xmlns:a="http://schemas.openxmlformats.org/drawingml/2006/main">
              <a:ext uri="{FF2B5EF4-FFF2-40B4-BE49-F238E27FC236}">
                <a16:creationId xmlns:a16="http://schemas.microsoft.com/office/drawing/2014/main" id="{96030E2C-F7FC-49D4-8796-60ED2A5DBE9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0420" cy="304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rtl/>
      </w:rPr>
      <w:drawing>
        <wp:anchor distT="0" distB="0" distL="114300" distR="114300" simplePos="0" relativeHeight="251660288" behindDoc="0" locked="0" layoutInCell="1" allowOverlap="1" wp14:anchorId="584FFFD8" wp14:editId="72369B6F">
          <wp:simplePos x="0" y="0"/>
          <wp:positionH relativeFrom="column">
            <wp:posOffset>4675505</wp:posOffset>
          </wp:positionH>
          <wp:positionV relativeFrom="paragraph">
            <wp:posOffset>29845</wp:posOffset>
          </wp:positionV>
          <wp:extent cx="1485900" cy="403860"/>
          <wp:effectExtent l="0" t="0" r="0" b="0"/>
          <wp:wrapSquare wrapText="bothSides"/>
          <wp:docPr id="322599286" name="Picture 322599286">
            <a:extLst xmlns:a="http://schemas.openxmlformats.org/drawingml/2006/main">
              <a:ext uri="{FF2B5EF4-FFF2-40B4-BE49-F238E27FC236}">
                <a16:creationId xmlns:a16="http://schemas.microsoft.com/office/drawing/2014/main" id="{2EE51275-6573-4053-AAA6-C8AA37E80A3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85900" cy="403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rtl/>
      </w:rPr>
      <w:drawing>
        <wp:anchor distT="0" distB="0" distL="114300" distR="114300" simplePos="0" relativeHeight="251661312" behindDoc="0" locked="0" layoutInCell="1" allowOverlap="1" wp14:anchorId="2F14012E" wp14:editId="31CEE49B">
          <wp:simplePos x="0" y="0"/>
          <wp:positionH relativeFrom="column">
            <wp:posOffset>3001010</wp:posOffset>
          </wp:positionH>
          <wp:positionV relativeFrom="paragraph">
            <wp:posOffset>22225</wp:posOffset>
          </wp:positionV>
          <wp:extent cx="678180" cy="555625"/>
          <wp:effectExtent l="0" t="0" r="7620" b="0"/>
          <wp:wrapSquare wrapText="bothSides"/>
          <wp:docPr id="864993007" name="Picture 864993007">
            <a:extLst xmlns:a="http://schemas.openxmlformats.org/drawingml/2006/main">
              <a:ext uri="{FF2B5EF4-FFF2-40B4-BE49-F238E27FC236}">
                <a16:creationId xmlns:a16="http://schemas.microsoft.com/office/drawing/2014/main" id="{9E2BBEE9-A12A-4721-A487-6AFAAA405B0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78180" cy="555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bidiVisual/>
      <w:tblW w:w="0" w:type="auto"/>
      <w:jc w:val="center"/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Layout w:type="fixed"/>
      <w:tblLook w:val="04A0" w:firstRow="1" w:lastRow="0" w:firstColumn="1" w:lastColumn="0" w:noHBand="0" w:noVBand="1"/>
    </w:tblPr>
    <w:tblGrid>
      <w:gridCol w:w="1701"/>
      <w:gridCol w:w="1247"/>
      <w:gridCol w:w="2835"/>
      <w:gridCol w:w="2608"/>
    </w:tblGrid>
    <w:tr w:rsidR="00B40F7F" w14:paraId="216005B2" w14:textId="77777777" w:rsidTr="00653370">
      <w:trPr>
        <w:jc w:val="center"/>
      </w:trPr>
      <w:tc>
        <w:tcPr>
          <w:tcW w:w="1701" w:type="dxa"/>
          <w:tcMar>
            <w:top w:w="0" w:type="dxa"/>
            <w:left w:w="30" w:type="dxa"/>
            <w:bottom w:w="0" w:type="dxa"/>
            <w:right w:w="30" w:type="dxa"/>
          </w:tcMar>
          <w:vAlign w:val="center"/>
        </w:tcPr>
        <w:p w14:paraId="43E615B7" w14:textId="1BFCEFFE" w:rsidR="00B40F7F" w:rsidRDefault="00B40F7F" w:rsidP="00B40F7F">
          <w:pPr>
            <w:bidi/>
            <w:jc w:val="center"/>
          </w:pPr>
        </w:p>
      </w:tc>
      <w:tc>
        <w:tcPr>
          <w:tcW w:w="1247" w:type="dxa"/>
          <w:tcMar>
            <w:top w:w="0" w:type="dxa"/>
            <w:left w:w="30" w:type="dxa"/>
            <w:bottom w:w="0" w:type="dxa"/>
            <w:right w:w="30" w:type="dxa"/>
          </w:tcMar>
          <w:vAlign w:val="center"/>
        </w:tcPr>
        <w:p w14:paraId="6CDBEF42" w14:textId="5D99BC85" w:rsidR="00B40F7F" w:rsidRDefault="00B40F7F" w:rsidP="00B40F7F">
          <w:pPr>
            <w:bidi/>
            <w:jc w:val="center"/>
          </w:pPr>
        </w:p>
      </w:tc>
      <w:tc>
        <w:tcPr>
          <w:tcW w:w="2835" w:type="dxa"/>
          <w:tcMar>
            <w:top w:w="0" w:type="dxa"/>
            <w:left w:w="30" w:type="dxa"/>
            <w:bottom w:w="0" w:type="dxa"/>
            <w:right w:w="30" w:type="dxa"/>
          </w:tcMar>
          <w:vAlign w:val="center"/>
        </w:tcPr>
        <w:p w14:paraId="4C76B8C0" w14:textId="143A6FAC" w:rsidR="00B40F7F" w:rsidRDefault="00B40F7F" w:rsidP="00032C86">
          <w:pPr>
            <w:bidi/>
          </w:pPr>
        </w:p>
      </w:tc>
      <w:tc>
        <w:tcPr>
          <w:tcW w:w="2608" w:type="dxa"/>
          <w:tcMar>
            <w:top w:w="0" w:type="dxa"/>
            <w:left w:w="30" w:type="dxa"/>
            <w:bottom w:w="0" w:type="dxa"/>
            <w:right w:w="30" w:type="dxa"/>
          </w:tcMar>
          <w:vAlign w:val="center"/>
        </w:tcPr>
        <w:p w14:paraId="019A8EAC" w14:textId="7D57AF18" w:rsidR="00B40F7F" w:rsidRDefault="00B40F7F" w:rsidP="00B40F7F">
          <w:pPr>
            <w:bidi/>
            <w:jc w:val="center"/>
          </w:pPr>
        </w:p>
      </w:tc>
    </w:tr>
  </w:tbl>
  <w:p w14:paraId="70EBDE6F" w14:textId="49FFEC2B" w:rsidR="007640C1" w:rsidRDefault="007640C1" w:rsidP="00B40F7F">
    <w:pPr>
      <w:bidi/>
      <w:spacing w:after="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8323892">
    <w:abstractNumId w:val="8"/>
  </w:num>
  <w:num w:numId="2" w16cid:durableId="1628462598">
    <w:abstractNumId w:val="7"/>
  </w:num>
  <w:num w:numId="3" w16cid:durableId="1745058404">
    <w:abstractNumId w:val="1"/>
  </w:num>
  <w:num w:numId="4" w16cid:durableId="322438444">
    <w:abstractNumId w:val="4"/>
  </w:num>
  <w:num w:numId="5" w16cid:durableId="337461252">
    <w:abstractNumId w:val="6"/>
  </w:num>
  <w:num w:numId="6" w16cid:durableId="373236971">
    <w:abstractNumId w:val="2"/>
  </w:num>
  <w:num w:numId="7" w16cid:durableId="457455491">
    <w:abstractNumId w:val="5"/>
  </w:num>
  <w:num w:numId="8" w16cid:durableId="699088220">
    <w:abstractNumId w:val="3"/>
  </w:num>
  <w:num w:numId="9" w16cid:durableId="810749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43F6"/>
    <w:rsid w:val="00032C86"/>
    <w:rsid w:val="00032E20"/>
    <w:rsid w:val="00034616"/>
    <w:rsid w:val="0006063C"/>
    <w:rsid w:val="00075AD5"/>
    <w:rsid w:val="000F57B7"/>
    <w:rsid w:val="00116948"/>
    <w:rsid w:val="0013690A"/>
    <w:rsid w:val="0015074B"/>
    <w:rsid w:val="001E4577"/>
    <w:rsid w:val="00255D8E"/>
    <w:rsid w:val="0026001A"/>
    <w:rsid w:val="002633DB"/>
    <w:rsid w:val="00280123"/>
    <w:rsid w:val="002936E4"/>
    <w:rsid w:val="0029639D"/>
    <w:rsid w:val="00297EA5"/>
    <w:rsid w:val="00300E90"/>
    <w:rsid w:val="00313F75"/>
    <w:rsid w:val="00326F90"/>
    <w:rsid w:val="00360260"/>
    <w:rsid w:val="0036194A"/>
    <w:rsid w:val="00363CDD"/>
    <w:rsid w:val="003839D0"/>
    <w:rsid w:val="003A3A28"/>
    <w:rsid w:val="003B5044"/>
    <w:rsid w:val="003F178D"/>
    <w:rsid w:val="003F5E74"/>
    <w:rsid w:val="0042365F"/>
    <w:rsid w:val="004712F6"/>
    <w:rsid w:val="004A6DB1"/>
    <w:rsid w:val="004C412D"/>
    <w:rsid w:val="004F0391"/>
    <w:rsid w:val="00511559"/>
    <w:rsid w:val="00542AD7"/>
    <w:rsid w:val="005832AB"/>
    <w:rsid w:val="0058701A"/>
    <w:rsid w:val="00590785"/>
    <w:rsid w:val="005B147A"/>
    <w:rsid w:val="005B574F"/>
    <w:rsid w:val="005E3C08"/>
    <w:rsid w:val="005F0278"/>
    <w:rsid w:val="005F13BA"/>
    <w:rsid w:val="0060212A"/>
    <w:rsid w:val="006139C8"/>
    <w:rsid w:val="00641294"/>
    <w:rsid w:val="00653370"/>
    <w:rsid w:val="006901B6"/>
    <w:rsid w:val="00695197"/>
    <w:rsid w:val="006C6D6A"/>
    <w:rsid w:val="006D1B23"/>
    <w:rsid w:val="006D76BF"/>
    <w:rsid w:val="006E7E2A"/>
    <w:rsid w:val="00700592"/>
    <w:rsid w:val="00705654"/>
    <w:rsid w:val="00722CB0"/>
    <w:rsid w:val="00735E69"/>
    <w:rsid w:val="007439FE"/>
    <w:rsid w:val="00745C50"/>
    <w:rsid w:val="007640C1"/>
    <w:rsid w:val="007913FE"/>
    <w:rsid w:val="007954B5"/>
    <w:rsid w:val="007960CB"/>
    <w:rsid w:val="007A29A6"/>
    <w:rsid w:val="007F61D0"/>
    <w:rsid w:val="008072D9"/>
    <w:rsid w:val="00815092"/>
    <w:rsid w:val="00833EB4"/>
    <w:rsid w:val="00845FA4"/>
    <w:rsid w:val="008D104C"/>
    <w:rsid w:val="008E4058"/>
    <w:rsid w:val="00937FDF"/>
    <w:rsid w:val="00961D09"/>
    <w:rsid w:val="00987E0E"/>
    <w:rsid w:val="009978D6"/>
    <w:rsid w:val="009E5EB3"/>
    <w:rsid w:val="00A26F17"/>
    <w:rsid w:val="00A326AD"/>
    <w:rsid w:val="00A82D43"/>
    <w:rsid w:val="00AA1D8D"/>
    <w:rsid w:val="00AA35AA"/>
    <w:rsid w:val="00AC08E9"/>
    <w:rsid w:val="00B11C58"/>
    <w:rsid w:val="00B33A3E"/>
    <w:rsid w:val="00B40F7F"/>
    <w:rsid w:val="00B42B17"/>
    <w:rsid w:val="00B47730"/>
    <w:rsid w:val="00B92573"/>
    <w:rsid w:val="00BA6645"/>
    <w:rsid w:val="00BC77E1"/>
    <w:rsid w:val="00BD20FB"/>
    <w:rsid w:val="00C056CB"/>
    <w:rsid w:val="00C213E5"/>
    <w:rsid w:val="00C270C7"/>
    <w:rsid w:val="00C506CB"/>
    <w:rsid w:val="00C802FE"/>
    <w:rsid w:val="00CB0664"/>
    <w:rsid w:val="00CE54A6"/>
    <w:rsid w:val="00CE60A0"/>
    <w:rsid w:val="00D45DC3"/>
    <w:rsid w:val="00D57499"/>
    <w:rsid w:val="00D7493A"/>
    <w:rsid w:val="00D760D4"/>
    <w:rsid w:val="00DB0840"/>
    <w:rsid w:val="00DF1F5A"/>
    <w:rsid w:val="00E44E63"/>
    <w:rsid w:val="00E54D31"/>
    <w:rsid w:val="00E55426"/>
    <w:rsid w:val="00E6272A"/>
    <w:rsid w:val="00E7631D"/>
    <w:rsid w:val="00E7631F"/>
    <w:rsid w:val="00E94308"/>
    <w:rsid w:val="00EE01EB"/>
    <w:rsid w:val="00EF3DAA"/>
    <w:rsid w:val="00F02488"/>
    <w:rsid w:val="00F81B57"/>
    <w:rsid w:val="00FC693F"/>
    <w:rsid w:val="00FD3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F5E8A1"/>
  <w14:defaultImageDpi w14:val="300"/>
  <w15:docId w15:val="{9121E76F-7231-4872-AFD7-30994274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eastAsia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363CDD"/>
    <w:pPr>
      <w:spacing w:after="0" w:line="240" w:lineRule="auto"/>
    </w:pPr>
    <w:rPr>
      <w:rFonts w:ascii="Arial" w:eastAsia="Arial" w:hAnsi="Arial"/>
      <w:sz w:val="17"/>
    </w:rPr>
  </w:style>
  <w:style w:type="character" w:styleId="CommentReference">
    <w:name w:val="annotation reference"/>
    <w:basedOn w:val="DefaultParagraphFont"/>
    <w:uiPriority w:val="99"/>
    <w:semiHidden/>
    <w:unhideWhenUsed/>
    <w:rsid w:val="003602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02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0260"/>
    <w:rPr>
      <w:rFonts w:ascii="Arial" w:eastAsia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02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0260"/>
    <w:rPr>
      <w:rFonts w:ascii="Arial" w:eastAsia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8F235-10AD-4E79-A742-0A4EA5D76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1077</Words>
  <Characters>6144</Characters>
  <Application>Microsoft Office Word</Application>
  <DocSecurity>4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Shahd Idrees</cp:lastModifiedBy>
  <cp:revision>2</cp:revision>
  <dcterms:created xsi:type="dcterms:W3CDTF">2026-09-23T07:01:00Z</dcterms:created>
  <dcterms:modified xsi:type="dcterms:W3CDTF">2026-09-23T07:01:00Z</dcterms:modified>
  <cp:category/>
</cp:coreProperties>
</file>